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left"/>
      </w:pPr>
      <w:r>
        <w:rPr>
          <w:rFonts w:ascii="Arial" w:hAnsi="Arial" w:eastAsia="Arial" w:cs="Arial"/>
          <w:b/>
          <w:color w:val="051C2B"/>
          <w:sz w:val="42"/>
          <w:lang w:val="uk-UA" w:eastAsia="uk-UA" w:bidi="uk-UA"/>
        </w:rPr>
        <w:t>Форма вимог проєкту відновлюваної енергетики</w:t>
      </w:r>
    </w:p>
    <w:p>
      <w:pPr>
        <w:pStyle w:val="Subtitle"/>
        <w:spacing w:before="0" w:after="140" w:line="240" w:lineRule="auto"/>
        <w:jc w:val="left"/>
      </w:pPr>
      <w:r>
        <w:rPr>
          <w:rFonts w:ascii="Arial" w:hAnsi="Arial" w:eastAsia="Arial" w:cs="Arial"/>
          <w:color w:val="526577"/>
          <w:sz w:val="19"/>
          <w:lang w:val="uk-UA" w:eastAsia="uk-UA" w:bidi="uk-UA"/>
        </w:rPr>
        <w:t>Структуроване споживання для програм відновлюваної генерації, зберігання, мереж і електрифікації</w:t>
      </w:r>
    </w:p>
    <w:tbl>
      <w:tblPr>
        <w:tblW w:type="dxa" w:w="10106"/>
        <w:jc w:val="center"/>
        <w:tblLayout w:type="fixed"/>
        <w:tblLook w:firstColumn="1" w:firstRow="1" w:lastColumn="0" w:lastRow="0" w:noHBand="0" w:noVBand="1" w:val="04A0"/>
        <w:tblInd w:w="120" w:type="dxa"/>
        <w:tblCaption w:val="Document control"/>
        <w:tblDescription w:val="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uk-UA" w:eastAsia="uk-UA" w:bidi="uk-UA"/>
              </w:rPr>
              <w:t>Код документа</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OLYE-FRM-RPR-001</w:t>
            </w:r>
          </w:p>
        </w:tc>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uk-UA" w:eastAsia="uk-UA" w:bidi="uk-UA"/>
              </w:rPr>
              <w:t>Версія / дата набрання чинності</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2.0 / 2 серпня 2026 р.</w:t>
            </w:r>
          </w:p>
        </w:tc>
      </w:tr>
      <w:tr>
        <w:trPr>
          <w:trHeight w:hRule="atLeast"/>
          <w:cantSplit/>
        </w:trPr>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uk-UA" w:eastAsia="uk-UA" w:bidi="uk-UA"/>
              </w:rPr>
              <w:t>Класифікація</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Контрольована ділова форма</w:t>
            </w:r>
          </w:p>
        </w:tc>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uk-UA" w:eastAsia="uk-UA" w:bidi="uk-UA"/>
              </w:rPr>
              <w:t>Власник документа</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OLYELECTRA — OLYVENRA LTD</w:t>
            </w:r>
          </w:p>
        </w:tc>
      </w:tr>
      <w:tr>
        <w:trPr>
          <w:trHeight w:hRule="atLeast"/>
          <w:cantSplit/>
        </w:trPr>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uk-UA" w:eastAsia="uk-UA" w:bidi="uk-UA"/>
              </w:rPr>
              <w:t>Мова</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Українська</w:t>
            </w:r>
          </w:p>
        </w:tc>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uk-UA" w:eastAsia="uk-UA" w:bidi="uk-UA"/>
              </w:rPr>
              <w:t>Статус</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Готово до публікації / контрольований оригінал</w:t>
            </w:r>
          </w:p>
        </w:tc>
      </w:tr>
    </w:tbl>
    <w:tbl>
      <w:tblPr>
        <w:tblW w:type="dxa" w:w="10106"/>
        <w:jc w:val="center"/>
        <w:tblLayout w:type="fixed"/>
        <w:tblLook w:firstColumn="1" w:firstRow="1" w:lastColumn="0" w:lastRow="0" w:noHBand="0" w:noVBand="1" w:val="04A0"/>
        <w:tblInd w:w="120" w:type="dxa"/>
        <w:tblCaption w:val="Призначення"/>
        <w:tblDescription w:val="Використовуйте цю форму, щоб визначити вимоги енергетичного проєкту, що не є конфіденційним. OLYELECTRA перевіряє повноваження спонсора, сайт, дані про ресурси/навантаження, маршрут мережі, технологію, докази постачальни"/>
      </w:tblPr>
      <w:tblGrid>
        <w:gridCol w:w="10106"/>
      </w:tblGrid>
      <w:tr>
        <w:trPr>
          <w:trHeight w:hRule="atLeast"/>
          <w:tblHeader/>
          <w:cantSplit/>
        </w:trPr>
        <w:tc>
          <w:tcPr>
            <w:tcW w:type="dxa" w:w="10106"/>
            <w:tcMar>
              <w:top w:w="90" w:type="dxa"/>
              <w:start w:w="120" w:type="dxa"/>
              <w:bottom w:w="90" w:type="dxa"/>
              <w:end w:w="120" w:type="dxa"/>
            </w:tcMar>
            <w:vAlign w:val="center"/>
            <w:shd w:fill="166534" w:val="clear"/>
          </w:tcPr>
          <w:p>
            <w:pPr>
              <w:spacing w:before="0" w:after="0" w:line="240" w:lineRule="auto"/>
              <w:jc w:val="left"/>
            </w:pPr>
            <w:r/>
            <w:r>
              <w:rPr>
                <w:rFonts w:ascii="Arial" w:hAnsi="Arial" w:eastAsia="Arial" w:cs="Arial"/>
                <w:b/>
                <w:i w:val="0"/>
                <w:color w:val="FFFFFF"/>
                <w:sz w:val="18"/>
                <w:lang w:val="uk-UA" w:eastAsia="uk-UA" w:bidi="uk-UA"/>
              </w:rPr>
              <w:t>Призначення</w:t>
            </w:r>
          </w:p>
        </w:tc>
      </w:tr>
      <w:tr>
        <w:trPr>
          <w:trHeight w:hRule="atLeast"/>
          <w:cantSplit/>
        </w:trPr>
        <w:tc>
          <w:tcPr>
            <w:tcW w:type="dxa" w:w="10106"/>
            <w:tcMar>
              <w:top w:w="90" w:type="dxa"/>
              <w:start w:w="120" w:type="dxa"/>
              <w:bottom w:w="90" w:type="dxa"/>
              <w:end w:w="120" w:type="dxa"/>
            </w:tcMar>
            <w:vAlign w:val="center"/>
            <w:shd w:fill="ECFDF3" w:val="clear"/>
          </w:tcPr>
          <w:p>
            <w:pPr>
              <w:spacing w:before="0" w:after="0" w:line="252" w:lineRule="auto"/>
              <w:jc w:val="left"/>
            </w:pPr>
            <w:r/>
            <w:r>
              <w:rPr>
                <w:rFonts w:ascii="Arial" w:hAnsi="Arial" w:eastAsia="Arial" w:cs="Arial"/>
                <w:color w:val="102334"/>
                <w:sz w:val="17"/>
                <w:lang w:val="uk-UA" w:eastAsia="uk-UA" w:bidi="uk-UA"/>
              </w:rPr>
              <w:t>Використовуйте цю форму, щоб визначити вимоги енергетичного проєкту, що не є конфіденційним. OLYELECTRA перевіряє повноваження спонсора, сайт, дані про ресурси/навантаження, маршрут мережі, технологію, докази постачальника, безпеку, дозволи, комерційні припущення, графік і потреби життєвого циклу, перш ніж запропонувати кваліфікований наступний крок.</w:t>
            </w:r>
          </w:p>
        </w:tc>
      </w:tr>
    </w:tbl>
    <w:tbl>
      <w:tblPr>
        <w:tblW w:type="dxa" w:w="10106"/>
        <w:jc w:val="center"/>
        <w:tblLayout w:type="fixed"/>
        <w:tblLook w:firstColumn="1" w:firstRow="1" w:lastColumn="0" w:lastRow="0" w:noHBand="0" w:noVBand="1" w:val="04A0"/>
        <w:tblInd w:w="120" w:type="dxa"/>
        <w:tblCaption w:val="Інструкція із заповнення"/>
        <w:tblDescription w:val="Заповніть усі застосовні поля. Посилайтеся на докази за назвою документа, видавцем, номером, редакцією та датою. Для незастосовних пунктів зазначайте «Не застосовується» та причину. Чітко відокремлюйте оцінки від вимірян"/>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uk-UA" w:eastAsia="uk-UA" w:bidi="uk-UA"/>
              </w:rPr>
              <w:t>Інструкція із заповнення</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uk-UA" w:eastAsia="uk-UA" w:bidi="uk-UA"/>
              </w:rPr>
              <w:t>Заповніть усі застосовні поля. Посилайтеся на докази за назвою документа, видавцем, номером, редакцією та датою. Для незастосовних пунктів зазначайте «Не застосовується» та причину. Чітко відокремлюйте оцінки від виміряних або затверджених даних. OLYELECTRA може запросити уточнення, посилену належну перевірку або обмін через захищену кімнату даних.</w:t>
            </w:r>
          </w:p>
        </w:tc>
      </w:tr>
    </w:tbl>
    <w:tbl>
      <w:tblPr>
        <w:tblW w:type="dxa" w:w="10106"/>
        <w:jc w:val="center"/>
        <w:tblLayout w:type="fixed"/>
        <w:tblLook w:firstColumn="1" w:firstRow="1" w:lastColumn="0" w:lastRow="0" w:noHBand="0" w:noVBand="1" w:val="04A0"/>
        <w:tblInd w:w="120" w:type="dxa"/>
        <w:tblCaption w:val="Конфіденційність і безпечна передача документів"/>
        <w:tblDescription w:val="Не надсилайте облікові дані, детальні моделі чи налаштування мережі, схеми критичної інфраструктури, документи, що посвідчують особу, захищені персональні дані або комерційно обмежену інформацію звичайною електронною пош"/>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uk-UA" w:eastAsia="uk-UA" w:bidi="uk-UA"/>
              </w:rPr>
              <w:t>Конфіденційність і безпечна передача документів</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uk-UA" w:eastAsia="uk-UA" w:bidi="uk-UA"/>
              </w:rPr>
              <w:t>Не надсилайте облікові дані, детальні моделі чи налаштування мережі, схеми критичної інфраструктури, документи, що посвідчують особу, захищені персональні дані або комерційно обмежену інформацію звичайною електронною поштою чи через публічну вебформу. До погодження захищеного каналу та одержувачів надавайте лише посилання на документи.</w:t>
            </w:r>
          </w:p>
          <w:p>
            <w:pPr>
              <w:spacing w:before="60" w:after="0" w:line="240" w:lineRule="auto"/>
              <w:jc w:val="left"/>
            </w:pPr>
            <w:hyperlink r:id="rId11">
              <w:r>
                <w:rPr>
                  <w:color w:val="166534"/>
                  <w:u w:val="single"/>
                </w:rPr>
                <w:t>Ознайомитися з Повідомленням OLYVENRA про конфіденційність</w:t>
              </w:r>
            </w:hyperlink>
          </w:p>
        </w:tc>
      </w:tr>
    </w:tbl>
    <w:tbl>
      <w:tblPr>
        <w:tblW w:type="dxa" w:w="10106"/>
        <w:jc w:val="center"/>
        <w:tblLayout w:type="fixed"/>
        <w:tblLook w:firstColumn="1" w:firstRow="1" w:lastColumn="0" w:lastRow="0" w:noHBand="0" w:noVBand="1" w:val="04A0"/>
        <w:tblInd w:w="120" w:type="dxa"/>
        <w:tblCaption w:val="Межі повноважень, безпеки та доказів проєкту"/>
        <w:tblDescription w:val="Ця форма не є офертою, інженерним або мережевим погодженням, дозволом, сертифікацією продукції, гарантією виробітку чи економії, зобов’язанням щодо фінансування, юридичною консультацією або обов’язком укласти правочин. Р"/>
      </w:tblPr>
      <w:tblGrid>
        <w:gridCol w:w="10106"/>
      </w:tblGrid>
      <w:tr>
        <w:trPr>
          <w:trHeight w:hRule="atLeast"/>
          <w:tblHeader/>
          <w:cantSplit/>
        </w:trPr>
        <w:tc>
          <w:tcPr>
            <w:tcW w:type="dxa" w:w="10106"/>
            <w:tcMar>
              <w:top w:w="90" w:type="dxa"/>
              <w:start w:w="120" w:type="dxa"/>
              <w:bottom w:w="90" w:type="dxa"/>
              <w:end w:w="120" w:type="dxa"/>
            </w:tcMar>
            <w:vAlign w:val="center"/>
            <w:shd w:fill="8B5A00" w:val="clear"/>
          </w:tcPr>
          <w:p>
            <w:pPr>
              <w:spacing w:before="0" w:after="0" w:line="240" w:lineRule="auto"/>
              <w:jc w:val="left"/>
            </w:pPr>
            <w:r/>
            <w:r>
              <w:rPr>
                <w:rFonts w:ascii="Arial" w:hAnsi="Arial" w:eastAsia="Arial" w:cs="Arial"/>
                <w:b/>
                <w:i w:val="0"/>
                <w:color w:val="FFFFFF"/>
                <w:sz w:val="18"/>
                <w:lang w:val="uk-UA" w:eastAsia="uk-UA" w:bidi="uk-UA"/>
              </w:rPr>
              <w:t>Межі повноважень, безпеки та доказів проєкту</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left"/>
            </w:pPr>
            <w:r/>
            <w:r>
              <w:rPr>
                <w:rFonts w:ascii="Arial" w:hAnsi="Arial" w:eastAsia="Arial" w:cs="Arial"/>
                <w:color w:val="102334"/>
                <w:sz w:val="17"/>
                <w:lang w:val="uk-UA" w:eastAsia="uk-UA" w:bidi="uk-UA"/>
              </w:rPr>
              <w:t>Ця форма не є офертою, інженерним або мережевим погодженням, дозволом, сертифікацією продукції, гарантією виробітку чи економії, зобов’язанням щодо фінансування, юридичною консультацією або обов’язком укласти правочин. Рішення ухвалюють компетентні сторони на підставі доказів для конкретного проєкту.</w:t>
            </w:r>
          </w:p>
        </w:tc>
      </w:tr>
    </w:tbl>
    <w:p>
      <w:pPr>
        <w:pStyle w:val="Heading1"/>
        <w:keepNext/>
        <w:spacing w:before="160" w:after="80" w:line="240" w:lineRule="auto"/>
        <w:jc w:val="left"/>
      </w:pPr>
      <w:r>
        <w:rPr>
          <w:rFonts w:ascii="Arial" w:hAnsi="Arial" w:eastAsia="Arial" w:cs="Arial"/>
          <w:b/>
          <w:color w:val="166534"/>
          <w:sz w:val="25"/>
          <w:lang w:val="uk-UA" w:eastAsia="uk-UA" w:bidi="uk-UA"/>
        </w:rPr>
        <w:t>Ідентичність організації та повноваження</w:t>
      </w:r>
    </w:p>
    <w:tbl>
      <w:tblPr>
        <w:tblW w:type="dxa" w:w="10106"/>
        <w:jc w:val="center"/>
        <w:tblLayout w:type="fixed"/>
        <w:tblLook w:firstColumn="1" w:firstRow="1" w:lastColumn="0" w:lastRow="0" w:noHBand="0" w:noVBand="1" w:val="04A0"/>
        <w:tblInd w:w="120" w:type="dxa"/>
        <w:tblCaption w:val="Ідентичність організації та повноваження"/>
        <w:tblDescription w:val="Ідентичність організації та повноваження: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Повне юридичне найменування, комерційне найменування та тип організації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вне юридичне найменування, комерційне найменування та тип організації"/>
                <w:tag w:val="olyelectra.v2.buyer-requirement.uk.identity.legal_name"/>
                <w:id w:val="481094120"/>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Реєстраційний номер, країна, податковий статус і юридична адреса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Реєстраційний номер, країна, податковий статус і юридична адреса"/>
                <w:tag w:val="olyelectra.v2.buyer-requirement.uk.identity.registration"/>
                <w:id w:val="14488640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Корпоративний веб-сайт і публічний профіль, який можна перевірити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орпоративний веб-сайт і публічний профіль, який можна перевірити"/>
                <w:tag w:val="olyelectra.v2.buyer-requirement.uk.identity.website"/>
                <w:id w:val="22890461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Авторизований контакт: ім’я, посада, відділ, електронна адреса та телефон</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Авторизований контакт: ім’я, посада, відділ, електронна адреса та телефон"/>
                <w:tag w:val="olyelectra.v2.buyer-requirement.uk.identity.contact"/>
                <w:id w:val="764192612"/>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Підстави для представництва організації та подання цієї форми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ідстави для представництва організації та подання цієї форми"/>
                <w:tag w:val="olyelectra.v2.buyer-requirement.uk.identity.authority_basis"/>
                <w:id w:val="185537174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Власність проєкту, спонсор, організація-замовник і орган прийняття рішень</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Власність проєкту, спонсор, організація-замовник і орган прийняття рішень"/>
                <w:tag w:val="olyelectra.v2.buyer-requirement.uk.identity.ownership_model"/>
                <w:id w:val="171418751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166534"/>
          <w:sz w:val="25"/>
          <w:lang w:val="uk-UA" w:eastAsia="uk-UA" w:bidi="uk-UA"/>
        </w:rPr>
        <w:t>Мета проєкту, етап і маршрут закупівлі</w:t>
      </w:r>
    </w:p>
    <w:tbl>
      <w:tblPr>
        <w:tblW w:type="dxa" w:w="10106"/>
        <w:jc w:val="center"/>
        <w:tblLayout w:type="fixed"/>
        <w:tblLook w:firstColumn="1" w:firstRow="1" w:lastColumn="0" w:lastRow="0" w:noHBand="0" w:noVBand="1" w:val="04A0"/>
        <w:tblInd w:w="120" w:type="dxa"/>
        <w:tblCaption w:val="Мета проєкту, етап і маршрут закупівлі"/>
        <w:tblDescription w:val="Мета проєкту, етап і маршрут закупівлі: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Назва проєкту або портфоліо та внутрішні посилання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Назва проєкту або портфоліо та внутрішні посилання"/>
                <w:tag w:val="olyelectra.v2.buyer-requirement.uk.project.project_name"/>
                <w:id w:val="202669027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Бізнес, енергетика, стійкість, клімат чи громадські цілі</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Бізнес, енергетика, стійкість, клімат чи громадські цілі"/>
                <w:tag w:val="olyelectra.v2.buyer-requirement.uk.project.project_purpose"/>
                <w:id w:val="169681648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Поточний етап: концепція, техніко-економічне обґрунтування, розробка, мережа, закупівлі, фінанси, будівництво або експлуатація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точний етап: концепція, техніко-економічне обґрунтування, розробка, мережа, закупівлі, фінанси, будівництво або експлуатація"/>
                <w:tag w:val="olyelectra.v2.buyer-requirement.uk.project.project_stage"/>
                <w:id w:val="48189786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Потрібне сімейство технологій або комплексне рішення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трібне сімейство технологій або комплексне рішення"/>
                <w:tag w:val="olyelectra.v2.buyer-requirement.uk.project.technology_family"/>
                <w:id w:val="4547068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Орієнтовна генерація, накопичення, зарядка, теплова чи навантажувальна потужність і одиниці</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рієнтовна генерація, накопичення, зарядка, теплова чи навантажувальна потужність і одиниці"/>
                <w:tag w:val="olyelectra.v2.buyer-requirement.uk.project.capacity"/>
                <w:id w:val="89315964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Закупівля, тендер, структура, PPA, оренда, EPC або маршрут обслуговування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купівля, тендер, структура, PPA, оренда, EPC або маршрут обслуговування"/>
                <w:tag w:val="olyelectra.v2.buyer-requirement.uk.project.procurement_route"/>
                <w:id w:val="52108045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Запитана роль від OLYELECTRA та очікувані результати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питана роль від OLYELECTRA та очікувані результати"/>
                <w:tag w:val="olyelectra.v2.buyer-requirement.uk.project.requested_role"/>
                <w:id w:val="27559772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Основні етапи прийняття рішень, закупівель, будівництва, підключення до електроенергії та експлуатації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сновні етапи прийняття рішень, закупівель, будівництва, підключення до електроенергії та експлуатації"/>
                <w:tag w:val="olyelectra.v2.buyer-requirement.uk.project.schedule"/>
                <w:id w:val="53622428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Орієнтовний бюджет, валюта, цінова база та схвалення, якщо їх можна розкрити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рієнтовний бюджет, валюта, цінова база та схвалення, якщо їх можна розкрити"/>
                <w:tag w:val="olyelectra.v2.buyer-requirement.uk.project.budget"/>
                <w:id w:val="60269875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166534"/>
          <w:sz w:val="25"/>
          <w:lang w:val="uk-UA" w:eastAsia="uk-UA" w:bidi="uk-UA"/>
        </w:rPr>
        <w:t>Ділянка, земля, дозволи та зацікавлені сторони</w:t>
      </w:r>
    </w:p>
    <w:tbl>
      <w:tblPr>
        <w:tblW w:type="dxa" w:w="10106"/>
        <w:jc w:val="center"/>
        <w:tblLayout w:type="fixed"/>
        <w:tblLook w:firstColumn="1" w:firstRow="1" w:lastColumn="0" w:lastRow="0" w:noHBand="0" w:noVBand="1" w:val="04A0"/>
        <w:tblInd w:w="120" w:type="dxa"/>
        <w:tblCaption w:val="Ділянка, земля, дозволи та зацікавлені сторони"/>
        <w:tblDescription w:val="Ділянка, земля, дозволи та зацікавлені сторони: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Країна, регіон і неконфіденційний опис сайту/місцезнаходження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раїна, регіон і неконфіденційний опис сайту/місцезнаходження"/>
                <w:tag w:val="olyelectra.v2.buyer-requirement.uk.site.site_address"/>
                <w:id w:val="173073883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Права власності/оренди на землю, дах або об’єкт та право доступу</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рава власності/оренди на землю, дах або об’єкт та право доступу"/>
                <w:tag w:val="olyelectra.v2.buyer-requirement.uk.site.site_rights"/>
                <w:id w:val="137539693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Знову територію, заблоковану територію, діючий актив, модернізацію, розширення або переналаштування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нову територію, заблоковану територію, діючий актив, модернізацію, розширення або переналаштування"/>
                <w:tag w:val="olyelectra.v2.buyer-requirement.uk.site.site_status"/>
                <w:id w:val="57043258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Наявні топографічні, геотехнічні, структурні, гідрологічні та інші дослідження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Наявні топографічні, геотехнічні, структурні, гідрологічні та інші дослідження"/>
                <w:tag w:val="olyelectra.v2.buyer-requirement.uk.site.surveys"/>
                <w:id w:val="117626108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Обмеження доступу, транспорту, крана, будівництва, планування та робочого часу</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бмеження доступу, транспорту, крана, будівництва, планування та робочого часу"/>
                <w:tag w:val="olyelectra.v2.buyer-requirement.uk.site.access_logistics"/>
                <w:id w:val="1912890860"/>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Статус дозволів на планування, будівництво, навколишнє середовище, авіацію, спадщину та інші</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татус дозволів на планування, будівництво, навколишнє середовище, авіацію, спадщину та інші"/>
                <w:tag w:val="olyelectra.v2.buyer-requirement.uk.site.permitting"/>
                <w:id w:val="53148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Біорізноманіття, вода, дренаж, шум, візуальні обмеження, обмеження відходів і забруднення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Біорізноманіття, вода, дренаж, шум, візуальні обмеження, обмеження відходів і забруднення"/>
                <w:tag w:val="olyelectra.v2.buyer-requirement.uk.site.environment"/>
                <w:id w:val="208215701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Міркування землевласника, громади, корінного населення, культурної спадщини та зацікавлених сторін</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Міркування землевласника, громади, корінного населення, культурної спадщини та зацікавлених сторін"/>
                <w:tag w:val="olyelectra.v2.buyer-requirement.uk.site.community"/>
                <w:id w:val="33210496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Температура, вітер, сніг, повінь, сейсміка, корозія, висота та інші умови на місці</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Температура, вітер, сніг, повінь, сейсміка, корозія, висота та інші умови на місці"/>
                <w:tag w:val="olyelectra.v2.buyer-requirement.uk.site.climate"/>
                <w:id w:val="44920650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Вимоги до безпеки сайту, критичної інфраструктури та контрольованої інформації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Вимоги до безпеки сайту, критичної інфраструктури та контрольованої інформації"/>
                <w:tag w:val="olyelectra.v2.buyer-requirement.uk.site.security"/>
                <w:id w:val="17083104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166534"/>
          <w:sz w:val="25"/>
          <w:lang w:val="uk-UA" w:eastAsia="uk-UA" w:bidi="uk-UA"/>
        </w:rPr>
        <w:t>База ресурсу, навантаження та продуктивності</w:t>
      </w:r>
    </w:p>
    <w:tbl>
      <w:tblPr>
        <w:tblW w:type="dxa" w:w="10106"/>
        <w:jc w:val="center"/>
        <w:tblLayout w:type="fixed"/>
        <w:tblLook w:firstColumn="1" w:firstRow="1" w:lastColumn="0" w:lastRow="0" w:noHBand="0" w:noVBand="1" w:val="04A0"/>
        <w:tblInd w:w="120" w:type="dxa"/>
        <w:tblCaption w:val="База ресурсу, навантаження та продуктивності"/>
        <w:tblDescription w:val="База ресурсу, навантаження та продуктивності: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Джерело даних про сонячні, вітрові, гідро-, геотермальні та інші ресурси, період і якість</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жерело даних про сонячні, вітрові, гідро-, геотермальні та інші ресурси, період і якість"/>
                <w:tag w:val="olyelectra.v2.buyer-requirement.uk.energy.resource_data"/>
                <w:id w:val="184411560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Інтервальні дані про електричне/теплове навантаження, період, повнота та власник даних</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Інтервальні дані про електричне/теплове навантаження, період, повнота та власник даних"/>
                <w:tag w:val="olyelectra.v2.buyer-requirement.uk.energy.load_data"/>
                <w:id w:val="127646323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Критичні навантаження, тривалість стійкості, робочі обмеження та пріоритет навантаження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ритичні навантаження, тривалість стійкості, робочі обмеження та пріоритет навантаження"/>
                <w:tag w:val="olyelectra.v2.buyer-requirement.uk.energy.critical_loads"/>
                <w:id w:val="154260854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Базова лінія енергії, вартості або викидів, межа та метод коригування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Базова лінія енергії, вартості або викидів, межа та метод коригування"/>
                <w:tag w:val="olyelectra.v2.buyer-requirement.uk.energy.baseline"/>
                <w:id w:val="118875105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Прибуток, економія або модель відправлення, програмне забезпечення/версія, автор і статус перегляду</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рибуток, економія або модель відправлення, програмне забезпечення/версія, автор і статус перегляду"/>
                <w:tag w:val="olyelectra.v2.buyer-requirement.uk.energy.energy_model"/>
                <w:id w:val="72281908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Припущення щодо втрати, деградації, доступності, скорочення та невизначеності</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рипущення щодо втрати, деградації, доступності, скорочення та невизначеності"/>
                <w:tag w:val="olyelectra.v2.buyer-requirement.uk.energy.losses"/>
                <w:id w:val="61848075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План вимірювання та вимірювання/перевірки для прогнозованих і фактичних результатів</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лан вимірювання та вимірювання/перевірки для прогнозованих і фактичних результатів"/>
                <w:tag w:val="olyelectra.v2.buyer-requirement.uk.energy.measurement"/>
                <w:id w:val="85622440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Пропонована економія, врожайність, викиди або відновлювані претензії та методологія доказів</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ропонована економія, врожайність, викиди або відновлювані претензії та методологія доказів"/>
                <w:tag w:val="olyelectra.v2.buyer-requirement.uk.energy.claims"/>
                <w:id w:val="2115019432"/>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166534"/>
          <w:sz w:val="25"/>
          <w:lang w:val="uk-UA" w:eastAsia="uk-UA" w:bidi="uk-UA"/>
        </w:rPr>
        <w:t>Підключення до мережі та інтеграція електричної системи</w:t>
      </w:r>
    </w:p>
    <w:tbl>
      <w:tblPr>
        <w:tblW w:type="dxa" w:w="10106"/>
        <w:jc w:val="center"/>
        <w:tblLayout w:type="fixed"/>
        <w:tblLook w:firstColumn="1" w:firstRow="1" w:lastColumn="0" w:lastRow="0" w:noHBand="0" w:noVBand="1" w:val="04A0"/>
        <w:tblInd w:w="120" w:type="dxa"/>
        <w:tblCaption w:val="Підключення до мережі та інтеграція електричної системи"/>
        <w:tblDescription w:val="Підключення до мережі та інтеграція електричної системи: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Відповідний оператор мережі/комунального господарства та названий маршрут програми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Відповідний оператор мережі/комунального господарства та названий маршрут програми"/>
                <w:tag w:val="olyelectra.v2.buyer-requirement.uk.grid.network_operator"/>
                <w:id w:val="139248888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Пропонована точка підключення, напруга, імпорт/експорт потужність та межа власності</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ропонована точка підключення, напруга, імпорт/експорт потужність та межа власності"/>
                <w:tag w:val="olyelectra.v2.buyer-requirement.uk.grid.connection_point"/>
                <w:id w:val="238758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Статус заявки, черги, пропозиції, дослідження, узгодження та затвердження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татус заявки, черги, пропозиції, дослідження, узгодження та затвердження"/>
                <w:tag w:val="olyelectra.v2.buyer-requirement.uk.grid.grid_status"/>
                <w:id w:val="36706255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Потік навантаження, коротке замикання, захист, гармоніка, стабільність або інший статус дослідження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тік навантаження, коротке замикання, захист, гармоніка, стабільність або інший статус дослідження"/>
                <w:tag w:val="olyelectra.v2.buyer-requirement.uk.grid.grid_studies"/>
                <w:id w:val="10908170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Ліміти експорту/імпорту, нетверді умови, скорочення та операційні конверти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Ліміти експорту/імпорту, нетверді умови, скорочення та операційні конверти"/>
                <w:tag w:val="olyelectra.v2.buyer-requirement.uk.grid.export_limits"/>
                <w:id w:val="278369512"/>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Філософія захисту, заземлення, ізоляції, захисту від островів та інтерфейсу</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Філософія захисту, заземлення, ізоляції, захисту від островів та інтерфейсу"/>
                <w:tag w:val="olyelectra.v2.buyer-requirement.uk.grid.protection"/>
                <w:id w:val="13020127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Вимоги до реактивної потужності, гармонік, мерехтіння, напруги та мережевого коду</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Вимоги до реактивної потужності, гармонік, мерехтіння, напруги та мережевого коду"/>
                <w:tag w:val="olyelectra.v2.buyer-requirement.uk.grid.power_quality"/>
                <w:id w:val="33932268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Відповідальність за вимірювання доходів/розрахунків, телеметрію, зв’язок і дані</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Відповідальність за вимірювання доходів/розрахунків, телеметрію, зв’язок і дані"/>
                <w:tag w:val="olyelectra.v2.buyer-requirement.uk.grid.metering"/>
                <w:id w:val="207338394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Однолінійна схема та базове посилання на електричний проєкт</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днолінійна схема та базове посилання на електричний проєкт"/>
                <w:tag w:val="olyelectra.v2.buyer-requirement.uk.grid.single_line"/>
                <w:id w:val="10619478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Відповідальний проєктувальник, ліцензований інженер, узгоджувач мережі та розписка маршруту</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Відповідальний проєктувальник, ліцензований інженер, узгоджувач мережі та розписка маршруту"/>
                <w:tag w:val="olyelectra.v2.buyer-requirement.uk.grid.grid_authority"/>
                <w:id w:val="47942867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166534"/>
          <w:sz w:val="25"/>
          <w:lang w:val="uk-UA" w:eastAsia="uk-UA" w:bidi="uk-UA"/>
        </w:rPr>
        <w:t>Вимоги до технології, постачальника та доказів</w:t>
      </w:r>
    </w:p>
    <w:tbl>
      <w:tblPr>
        <w:tblW w:type="dxa" w:w="10106"/>
        <w:jc w:val="center"/>
        <w:tblLayout w:type="fixed"/>
        <w:tblLook w:firstColumn="1" w:firstRow="1" w:lastColumn="0" w:lastRow="0" w:noHBand="0" w:noVBand="1" w:val="04A0"/>
        <w:tblInd w:w="120" w:type="dxa"/>
        <w:tblCaption w:val="Вимоги до технології, постачальника та доказів"/>
        <w:tblDescription w:val="Вимоги до технології, постачальника та доказів: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Законний виробник, місце виробництва, країна походження та авторизований шлях постачання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конний виробник, місце виробництва, країна походження та авторизований шлях постачання"/>
                <w:tag w:val="olyelectra.v2.buyer-requirement.uk.technology.manufacturer"/>
                <w:id w:val="169973208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Точна модель, конфігурація, рейтинг, версія, програмне забезпечення/прошивка та аксесуари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Точна модель, конфігурація, рейтинг, версія, програмне забезпечення/прошивка та аксесуари"/>
                <w:tag w:val="olyelectra.v2.buyer-requirement.uk.technology.model"/>
                <w:id w:val="190697860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Стандарти/коди, що стосуються контрактів, юрисдикцій і продуктів, а також необхідні редакції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тандарти/коди, що стосуються контрактів, юрисдикцій і продуктів, а також необхідні редакції"/>
                <w:tag w:val="olyelectra.v2.buyer-requirement.uk.technology.standards"/>
                <w:id w:val="69011732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Актуальні звіти/сертифікати про тип, безпеку, ефективність, екологічність і відповідність</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Актуальні звіти/сертифікати про тип, безпеку, ефективність, екологічність і відповідність"/>
                <w:tag w:val="olyelectra.v2.buyer-requirement.uk.technology.reports"/>
                <w:id w:val="504549882"/>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Порівнянні робочі посилання на проєкт, країну, потужність, вік і маршрут контакту з клієнтом</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рівнянні робочі посилання на проєкт, країну, потужність, вік і маршрут контакту з клієнтом"/>
                <w:tag w:val="olyelectra.v2.buyer-requirement.uk.technology.references"/>
                <w:id w:val="184124992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Виробнича потужність, час виконання, перевірка фабрики та умови випуску якості</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Виробнича потужність, час виконання, перевірка фабрики та умови випуску якості"/>
                <w:tag w:val="olyelectra.v2.buyer-requirement.uk.technology.factory"/>
                <w:id w:val="208645085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Правила затвердженого еквівалента, зміни конструкції, зміни компонентів і повідомлення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равила затвердженого еквівалента, зміни конструкції, зміни компонентів і повідомлення"/>
                <w:tag w:val="olyelectra.v2.buyer-requirement.uk.technology.substitution"/>
                <w:id w:val="148818504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Перевірка, приймання на заводі/майданчику, введення в експлуатацію та критерії перевірки продуктивності</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еревірка, приймання на заводі/майданчику, введення в експлуатацію та критерії перевірки продуктивності"/>
                <w:tag w:val="olyelectra.v2.buyer-requirement.uk.technology.acceptance"/>
                <w:id w:val="21903420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Необхідні креслення, моделі, розрахунки, посібники, записи про навчання та виконані роботи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Необхідні креслення, моделі, розрахунки, посібники, записи про навчання та виконані роботи"/>
                <w:tag w:val="olyelectra.v2.buyer-requirement.uk.technology.documentation"/>
                <w:id w:val="118192803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Місцеве обслуговування, запасні частини, ескалація, віддалена підтримка та можливість швидкого реагування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Місцеве обслуговування, запасні частини, ескалація, віддалена підтримка та можливість швидкого реагування"/>
                <w:tag w:val="olyelectra.v2.buyer-requirement.uk.technology.support"/>
                <w:id w:val="116350738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166534"/>
          <w:sz w:val="25"/>
          <w:lang w:val="uk-UA" w:eastAsia="uk-UA" w:bidi="uk-UA"/>
        </w:rPr>
        <w:t>Вимоги до зберігання, мікромережі та заряджання електромобілів, якщо є</w:t>
      </w:r>
    </w:p>
    <w:tbl>
      <w:tblPr>
        <w:tblW w:type="dxa" w:w="10106"/>
        <w:jc w:val="center"/>
        <w:tblLayout w:type="fixed"/>
        <w:tblLook w:firstColumn="1" w:firstRow="1" w:lastColumn="0" w:lastRow="0" w:noHBand="0" w:noVBand="1" w:val="04A0"/>
        <w:tblInd w:w="120" w:type="dxa"/>
        <w:tblCaption w:val="Вимоги до зберігання, мікромережі та заряджання електромобілів, якщо є"/>
        <w:tblDescription w:val="Вимоги до зберігання, мікромережі та заряджання електромобілів, якщо є: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Варіант використання BESS, МВт/МВт-год, тривалість, робочий цикл, стан заряду та пріоритети відправлення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Варіант використання BESS, МВт/МВт-год, тривалість, робочий цикл, стан заряду та пріоритети відправлення"/>
                <w:tag w:val="olyelectra.v2.buyer-requirement.uk.storage_ev.storage_use"/>
                <w:id w:val="26789925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Хімія, осередок/модуль/стійка/контейнер, PCS, HVAC, BMS, EMS та системний інтегратор</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Хімія, осередок/модуль/стійка/контейнер, PCS, HVAC, BMS, EMS та системний інтегратор"/>
                <w:tag w:val="olyelectra.v2.buyer-requirement.uk.storage_ev.battery_system"/>
                <w:id w:val="90238661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Цикли/пропускна здатність, деградація, розширення, гарантія та припущення про кінець життєвого циклу</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Цикли/пропускна здатність, деградація, розширення, гарантія та припущення про кінець життєвого циклу"/>
                <w:tag w:val="olyelectra.v2.buyer-requirement.uk.storage_ev.battery_life"/>
                <w:id w:val="50058321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Виявлення, ізоляція, вентиляція, розповсюдження, реагування на пожежу та план надзвичайних ситуацій</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Виявлення, ізоляція, вентиляція, розповсюдження, реагування на пожежу та план надзвичайних ситуацій"/>
                <w:tag w:val="olyelectra.v2.buyer-requirement.uk.storage_ev.fire_strategy"/>
                <w:id w:val="52106183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Острівний режим, ресинхронізація, аварійний запуск, координація генератор/відновлюваний джерело енергії та критичні навантаження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стрівний режим, ресинхронізація, аварійний запуск, координація генератор/відновлюваний джерело енергії та критичні навантаження"/>
                <w:tag w:val="olyelectra.v2.buyer-requirement.uk.storage_ev.microgrid"/>
                <w:id w:val="52954190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Класи транспортних засобів, розмір автопарку, маршрут, енергія, час перебування, оборот і прогноз зростання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ласи транспортних засобів, розмір автопарку, маршрут, енергія, час перебування, оборот і прогноз зростання"/>
                <w:tag w:val="olyelectra.v2.buyer-requirement.uk.storage_ev.ev_demand"/>
                <w:id w:val="1324733200"/>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Кількість зарядних пристроїв змінного/постійного струму, потужність, роз’єм, доступність, кабель та екологічні потреби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ількість зарядних пристроїв змінного/постійного струму, потужність, роз’єм, доступність, кабель та екологічні потреби"/>
                <w:tag w:val="olyelectra.v2.buyer-requirement.uk.storage_ev.ev_hardware"/>
                <w:id w:val="43026892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Бек-офіс, платежі, роумінг, кероване стягнення плати, час безвідмовної роботи, дані та кібервимоги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Бек-офіс, платежі, роумінг, кероване стягнення плати, час безвідмовної роботи, дані та кібервимоги"/>
                <w:tag w:val="olyelectra.v2.buyer-requirement.uk.storage_ev.ev_software"/>
                <w:id w:val="161577799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166534"/>
          <w:sz w:val="25"/>
          <w:lang w:val="uk-UA" w:eastAsia="uk-UA" w:bidi="uk-UA"/>
        </w:rPr>
        <w:t>Комерційні, фінансові та розкладні припущення</w:t>
      </w:r>
    </w:p>
    <w:tbl>
      <w:tblPr>
        <w:tblW w:type="dxa" w:w="10106"/>
        <w:jc w:val="center"/>
        <w:tblLayout w:type="fixed"/>
        <w:tblLook w:firstColumn="1" w:firstRow="1" w:lastColumn="0" w:lastRow="0" w:noHBand="0" w:noVBand="1" w:val="04A0"/>
        <w:tblInd w:w="120" w:type="dxa"/>
        <w:tblCaption w:val="Комерційні, фінансові та розкладні припущення"/>
        <w:tblDescription w:val="Комерційні, фінансові та розкладні припущення: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Купівля, EPC, PPA, оренда, енергія як послуга або інша запропонована модель</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упівля, EPC, PPA, оренда, енергія як послуга або інша запропонована модель"/>
                <w:tag w:val="olyelectra.v2.buyer-requirement.uk.commercial.commercial_model"/>
                <w:id w:val="90863749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Тариф на електроенергію, плата за попит, вартість експорту, ринковий дохід та припущення щодо ескалації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Тариф на електроенергію, плата за попит, вартість експорту, ринковий дохід та припущення щодо ескалації"/>
                <w:tag w:val="olyelectra.v2.buyer-requirement.uk.commercial.tariff"/>
                <w:id w:val="1531850630"/>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Статус продавця, кредиту, PPA або спільного використання заощаджень і матеріальні умови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татус продавця, кредиту, PPA або спільного використання заощаджень і матеріальні умови"/>
                <w:tag w:val="olyelectra.v2.buyer-requirement.uk.commercial.offtake"/>
                <w:id w:val="86032970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Власний капітал/борг/грант/шлях заохочення, радник, кредитор і необхідні докази банківської спроможності</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Власний капітал/борг/грант/шлях заохочення, радник, кредитор і необхідні докази банківської спроможності"/>
                <w:tag w:val="olyelectra.v2.buyer-requirement.uk.commercial.finance"/>
                <w:id w:val="685917772"/>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Податки, митниця, субсидії, місцевий вміст і припущення щодо стимулів, а також відповідність власника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датки, митниця, субсидії, місцевий вміст і припущення щодо стимулів, а також відповідність власника"/>
                <w:tag w:val="olyelectra.v2.buyer-requirement.uk.commercial.tax_incentive"/>
                <w:id w:val="62925966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Вимоги щодо будівництва, експлуатації, страхування майна, відповідальності та спеціалістів</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Вимоги щодо будівництва, експлуатації, страхування майна, відповідальності та спеціалістів"/>
                <w:tag w:val="olyelectra.v2.buyer-requirement.uk.commercial.insurance"/>
                <w:id w:val="167309119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Валюта, податки, ескалація, дійсність, виключення, непередбачені витрати та товари, що надаються власником</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Валюта, податки, ескалація, дійсність, виключення, непередбачені витрати та товари, що надаються власником"/>
                <w:tag w:val="olyelectra.v2.buyer-requirement.uk.commercial.price_basis"/>
                <w:id w:val="48607927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Делікатність матеріалів, попередні умови, залежності та принципи розподілу</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елікатність матеріалів, попередні умови, залежності та принципи розподілу"/>
                <w:tag w:val="olyelectra.v2.buyer-requirement.uk.commercial.commercial_risks"/>
                <w:id w:val="64668461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166534"/>
          <w:sz w:val="25"/>
          <w:lang w:val="uk-UA" w:eastAsia="uk-UA" w:bidi="uk-UA"/>
        </w:rPr>
        <w:t>Безпека, якість, навколишнє середовище, соціальна та кібербезпека</w:t>
      </w:r>
    </w:p>
    <w:tbl>
      <w:tblPr>
        <w:tblW w:type="dxa" w:w="10106"/>
        <w:jc w:val="center"/>
        <w:tblLayout w:type="fixed"/>
        <w:tblLook w:firstColumn="1" w:firstRow="1" w:lastColumn="0" w:lastRow="0" w:noHBand="0" w:noVBand="1" w:val="04A0"/>
        <w:tblInd w:w="120" w:type="dxa"/>
        <w:tblCaption w:val="Безпека, якість, навколишнє середовище, соціальна та кібербезпека"/>
        <w:tblDescription w:val="Безпека, якість, навколишнє середовище, соціальна та кібербезпека: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Реєстр проєктних ризиків, відповідальні інженери та статус перевірки небезпеки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Реєстр проєктних ризиків, відповідальні інженери та статус перевірки небезпеки"/>
                <w:tag w:val="olyelectra.v2.buyer-requirement.uk.safety.design_risk"/>
                <w:id w:val="8123968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Електрична безпека, спалах дуги, блокування/маркування, підхід до доступу та безпечної ізоляції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Електрична безпека, спалах дуги, блокування/маркування, підхід до доступу та безпечної ізоляції"/>
                <w:tag w:val="olyelectra.v2.buyer-requirement.uk.safety.electrical_safety"/>
                <w:id w:val="124633654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Конструкційний, протипожежний, тепловий, аварійний інтерфейс</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онструкційний, протипожежний, тепловий, аварійний інтерфейс"/>
                <w:tag w:val="olyelectra.v2.buyer-requirement.uk.safety.structural_fire"/>
                <w:id w:val="97133022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Управління будівництвом та експлуатацією HSE, компетенція та ескалація інцидентів</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Управління будівництвом та експлуатацією HSE, компетенція та ескалація інцидентів"/>
                <w:tag w:val="olyelectra.v2.buyer-requirement.uk.safety.hse"/>
                <w:id w:val="178893203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План якості проєкту, план перевірки/випробування, контроль невідповідності та змін</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лан якості проєкту, план перевірки/випробування, контроль невідповідності та змін"/>
                <w:tag w:val="olyelectra.v2.buyer-requirement.uk.safety.quality_plan"/>
                <w:id w:val="172804449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Екологічний/соціальний скринінг, дозволи, пом'якшення та моніторинг власності</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Екологічний/соціальний скринінг, дозволи, пом'якшення та моніторинг власності"/>
                <w:tag w:val="olyelectra.v2.buyer-requirement.uk.safety.es_screening"/>
                <w:id w:val="17167660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Трудові стандарти, примусова/дитяча праця, добробут працівників і контроль над скаргами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Трудові стандарти, примусова/дитяча праця, добробут працівників і контроль над скаргами"/>
                <w:tag w:val="olyelectra.v2.buyer-requirement.uk.safety.labour"/>
                <w:id w:val="63494191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Кіберархітектура, віддалений доступ, ролі, виправлення, резервне копіювання, журналювання та реагування на інциденти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іберархітектура, віддалений доступ, ролі, виправлення, резервне копіювання, журналювання та реагування на інциденти"/>
                <w:tag w:val="olyelectra.v2.buyer-requirement.uk.safety.cyber"/>
                <w:id w:val="12806818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Право власності на дані, країни розміщення, вимоги до конфіденційності, збереження та безпечної передачі</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раво власності на дані, країни розміщення, вимоги до конфіденційності, збереження та безпечної передачі"/>
                <w:tag w:val="olyelectra.v2.buyer-requirement.uk.safety.data"/>
                <w:id w:val="14179207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166534"/>
          <w:sz w:val="25"/>
          <w:lang w:val="uk-UA" w:eastAsia="uk-UA" w:bidi="uk-UA"/>
        </w:rPr>
        <w:t>Доставка, операції та циклічний життєвий цикл</w:t>
      </w:r>
    </w:p>
    <w:tbl>
      <w:tblPr>
        <w:tblW w:type="dxa" w:w="10106"/>
        <w:jc w:val="center"/>
        <w:tblLayout w:type="fixed"/>
        <w:tblLook w:firstColumn="1" w:firstRow="1" w:lastColumn="0" w:lastRow="0" w:noHBand="0" w:noVBand="1" w:val="04A0"/>
        <w:tblInd w:w="120" w:type="dxa"/>
        <w:tblCaption w:val="Доставка, операції та циклічний життєвий цикл"/>
        <w:tblDescription w:val="Доставка, операції та циклічний життєвий цикл: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Відповідальність за Інкотермс, пункт доставки, пакування, транспортування, підйом і отримання на місці</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Відповідальність за Інкотермс, пункт доставки, пакування, транспортування, підйом і отримання на місці"/>
                <w:tag w:val="olyelectra.v2.buyer-requirement.uk.lifecycle.delivery"/>
                <w:id w:val="2436776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Інтерфейси EPC, підтримка робіт, тимчасові послуги та матриця відповідальності за будівництво</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Інтерфейси EPC, підтримка робіт, тимчасові послуги та матриця відповідальності за будівництво"/>
                <w:tag w:val="olyelectra.v2.buyer-requirement.uk.lifecycle.construction"/>
                <w:id w:val="34570475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Обов'язки щодо підготовки до введення в експлуатацію, введення під напругу, випробування, приймання та передачі</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бов'язки щодо підготовки до введення в експлуатацію, введення під напругу, випробування, приймання та передачі"/>
                <w:tag w:val="olyelectra.v2.buyer-requirement.uk.lifecycle.commissioning"/>
                <w:id w:val="109266308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Підготовка оператора/технічного персоналу, підтвердження кваліфікації та вимоги до підвищення кваліфікації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ідготовка оператора/технічного персоналу, підтвердження кваліфікації та вимоги до підвищення кваліфікації"/>
                <w:tag w:val="olyelectra.v2.buyer-requirement.uk.lifecycle.training"/>
                <w:id w:val="76049591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Профілактичні/коригувальні операції з експлуатації та технічного обслуговування, перевірка, очищення, рослинність і рівень обслуговування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рофілактичні/коригувальні операції з експлуатації та технічного обслуговування, перевірка, очищення, рослинність і рівень обслуговування"/>
                <w:tag w:val="olyelectra.v2.buyer-requirement.uk.lifecycle.om"/>
                <w:id w:val="122192151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Критичні запчастини, витратні матеріали, інструменти, терміни виконання та стратегія старіння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ритичні запчастини, витратні матеріали, інструменти, терміни виконання та стратегія старіння"/>
                <w:tag w:val="olyelectra.v2.buyer-requirement.uk.lifecycle.spares"/>
                <w:id w:val="159815122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Гарантії на продукт, якість виготовлення та продуктивність, виключення та процес претензій</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Гарантії на продукт, якість виготовлення та продуктивність, виключення та процес претензій"/>
                <w:tag w:val="olyelectra.v2.buyer-requirement.uk.lifecycle.warranty"/>
                <w:id w:val="199609182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Моніторинг активів, KPI, сигнали тривоги, звіти, огляд продуктивності та доступ до даних</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Моніторинг активів, KPI, сигнали тривоги, звіти, огляд продуктивності та доступ до даних"/>
                <w:tag w:val="olyelectra.v2.buyer-requirement.uk.lifecycle.monitoring"/>
                <w:id w:val="166987673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Повернення, переробка, класифікація відходів, відповідальність виробника та план виведення з експлуатації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вернення, переробка, класифікація відходів, відповідальність виробника та план виведення з експлуатації"/>
                <w:tag w:val="olyelectra.v2.buyer-requirement.uk.lifecycle.circularity"/>
                <w:id w:val="174903537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166534"/>
          <w:sz w:val="25"/>
          <w:lang w:val="uk-UA" w:eastAsia="uk-UA" w:bidi="uk-UA"/>
        </w:rPr>
        <w:t>Декларація та авторизований підпис</w:t>
      </w:r>
    </w:p>
    <w:tbl>
      <w:tblPr>
        <w:tblW w:type="dxa" w:w="10106"/>
        <w:jc w:val="center"/>
        <w:tblLayout w:type="fixed"/>
        <w:tblLook w:firstColumn="1" w:firstRow="1" w:lastColumn="0" w:lastRow="0" w:noHBand="0" w:noVBand="1" w:val="04A0"/>
        <w:tblInd w:w="120" w:type="dxa"/>
        <w:tblCaption w:val="Декларація та авторизований підпис"/>
        <w:tblDescription w:val="Підтверджую, що інформація є повною й точною, наскільки мені відомо, що я уповноважений(а) її подати та що організація невідкладно повідомить про істотні зміни. Розумію, що подання форми не створює погодження, призначенн"/>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keepNext/>
              <w:spacing w:before="0" w:after="0" w:line="240" w:lineRule="auto"/>
              <w:jc w:val="left"/>
            </w:pPr>
            <w:r/>
            <w:r>
              <w:rPr>
                <w:rFonts w:ascii="Arial" w:hAnsi="Arial" w:eastAsia="Arial" w:cs="Arial"/>
                <w:b/>
                <w:i w:val="0"/>
                <w:color w:val="FFFFFF"/>
                <w:sz w:val="18"/>
                <w:lang w:val="uk-UA" w:eastAsia="uk-UA" w:bidi="uk-UA"/>
              </w:rPr>
              <w:t>Декларація та авторизований підпис</w:t>
            </w:r>
          </w:p>
        </w:tc>
      </w:tr>
      <w:tr>
        <w:trPr>
          <w:trHeight w:hRule="atLeast"/>
          <w:cantSplit/>
        </w:trPr>
        <w:tc>
          <w:tcPr>
            <w:tcW w:type="dxa" w:w="10106"/>
            <w:tcMar>
              <w:top w:w="90" w:type="dxa"/>
              <w:start w:w="120" w:type="dxa"/>
              <w:bottom w:w="90" w:type="dxa"/>
              <w:end w:w="120" w:type="dxa"/>
            </w:tcMar>
            <w:vAlign w:val="center"/>
            <w:shd w:fill="ECFDF3" w:val="clear"/>
          </w:tcPr>
          <w:p>
            <w:pPr>
              <w:keepNext/>
              <w:spacing w:before="0" w:after="0" w:line="252" w:lineRule="auto"/>
              <w:jc w:val="left"/>
            </w:pPr>
            <w:r/>
            <w:r>
              <w:rPr>
                <w:rFonts w:ascii="Arial" w:hAnsi="Arial" w:eastAsia="Arial" w:cs="Arial"/>
                <w:color w:val="102334"/>
                <w:sz w:val="17"/>
                <w:lang w:val="uk-UA" w:eastAsia="uk-UA" w:bidi="uk-UA"/>
              </w:rPr>
              <w:t>Підтверджую, що інформація є повною й точною, наскільки мені відомо, що я уповноважений(а) її подати та що організація невідкладно повідомить про істотні зміни. Розумію, що подання форми не створює погодження, призначення, конфіденційності, наявності, виключності, сертифікації, здійсненності проєкту або обов’язку укласти правочин.</w:t>
            </w:r>
          </w:p>
        </w:tc>
      </w:tr>
    </w:tbl>
    <w:tbl>
      <w:tblPr>
        <w:tblW w:type="dxa" w:w="10106"/>
        <w:jc w:val="center"/>
        <w:tblLayout w:type="fixed"/>
        <w:tblLook w:firstColumn="1" w:firstRow="1" w:lastColumn="0" w:lastRow="0" w:noHBand="0" w:noVBand="1" w:val="04A0"/>
        <w:tblInd w:w="120" w:type="dxa"/>
        <w:tblCaption w:val="Декларація та авторизований підпис"/>
        <w:tblDescription w:val="Декларація та авторизований підпис: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Уповноважений декларант: П.І.Б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Уповноважений декларант: П.І.Б"/>
                <w:tag w:val="olyelectra.v2.buyer-requirement.uk.declaration.declaration_name"/>
                <w:id w:val="87445501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Посада та організація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сада та організація"/>
                <w:tag w:val="olyelectra.v2.buyer-requirement.uk.declaration.declaration_title"/>
                <w:id w:val="85998437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Основа повноважень для подання цієї форми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снова повноважень для подання цієї форми"/>
                <w:tag w:val="olyelectra.v2.buyer-requirement.uk.declaration.declaration_basis"/>
                <w:id w:val="142841023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Підпис</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ідпис"/>
                <w:tag w:val="olyelectra.v2.buyer-requirement.uk.declaration.signature"/>
                <w:id w:val="1773640310"/>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Дата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ата"/>
                <w:tag w:val="olyelectra.v2.buyer-requirement.uk.declaration.date"/>
                <w:id w:val="1620651700"/>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sectPr>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6F8" w:val="clear"/>
        </w:tcPr>
        <w:p>
          <w:pPr>
            <w:spacing w:before="0" w:after="0" w:line="240" w:lineRule="auto"/>
            <w:jc w:val="left"/>
          </w:pPr>
          <w:r/>
          <w:r>
            <w:rPr>
              <w:rFonts w:ascii="Arial" w:hAnsi="Arial" w:eastAsia="Arial" w:cs="Arial"/>
              <w:b/>
              <w:i w:val="0"/>
              <w:color w:val="051C2B"/>
              <w:sz w:val="15"/>
              <w:lang w:val="uk-UA" w:eastAsia="uk-UA" w:bidi="uk-UA"/>
            </w:rPr>
            <w:t>OLYE-FRM-RPR-001 · V2.0</w:t>
          </w:r>
        </w:p>
      </w:tc>
      <w:tc>
        <w:tcPr>
          <w:tcW w:type="dxa" w:w="4050"/>
          <w:tcMar>
            <w:top w:w="55" w:type="dxa"/>
            <w:start w:w="90" w:type="dxa"/>
            <w:bottom w:w="55" w:type="dxa"/>
            <w:end w:w="90" w:type="dxa"/>
          </w:tcMar>
          <w:vAlign w:val="center"/>
          <w:shd w:fill="F3F6F8" w:val="clear"/>
        </w:tcPr>
        <w:p>
          <w:pPr>
            <w:spacing w:before="0" w:after="0" w:line="240" w:lineRule="auto"/>
            <w:jc w:val="center"/>
          </w:pPr>
          <w:r/>
          <w:r>
            <w:rPr>
              <w:rFonts w:ascii="Arial" w:hAnsi="Arial" w:eastAsia="Arial" w:cs="Arial"/>
              <w:b w:val="0"/>
              <w:i w:val="0"/>
              <w:color w:val="526577"/>
              <w:sz w:val="14"/>
              <w:lang w:val="uk-UA" w:eastAsia="uk-UA" w:bidi="uk-UA"/>
            </w:rPr>
            <w:t>Контрольована ділова форма під час електронного перегляду</w:t>
          </w:r>
        </w:p>
      </w:tc>
      <w:tc>
        <w:tcPr>
          <w:tcW w:type="dxa" w:w="2706"/>
          <w:tcMar>
            <w:top w:w="55" w:type="dxa"/>
            <w:start w:w="90" w:type="dxa"/>
            <w:bottom w:w="55" w:type="dxa"/>
            <w:end w:w="90" w:type="dxa"/>
          </w:tcMar>
          <w:vAlign w:val="center"/>
          <w:shd w:fill="F3F6F8" w:val="clear"/>
        </w:tcPr>
        <w:p>
          <w:pPr>
            <w:spacing w:before="0" w:after="0" w:line="247" w:lineRule="auto"/>
            <w:jc w:val="right"/>
          </w:pPr>
          <w:r>
            <w:rPr>
              <w:rFonts w:ascii="Arial" w:hAnsi="Arial" w:eastAsia="Arial" w:cs="Arial"/>
              <w:b/>
              <w:color w:val="051C2B"/>
              <w:sz w:val="15"/>
              <w:lang w:val="uk-UA" w:eastAsia="uk-UA" w:bidi="uk-UA"/>
            </w:rPr>
            <w:t xml:space="preserve">Сторінка </w:t>
          </w:r>
          <w:r>
            <w:rPr>
              <w:rFonts w:ascii="Arial" w:hAnsi="Arial" w:eastAsia="Arial" w:cs="Arial"/>
              <w:color w:val="526577"/>
              <w:sz w:val="16"/>
              <w:lang w:val="uk-UA" w:eastAsia="uk-UA" w:bidi="uk-UA"/>
            </w:rPr>
            <w:fldChar w:fldCharType="begin"/>
          </w:r>
          <w:r>
            <w:rPr>
              <w:rFonts w:ascii="Arial" w:hAnsi="Arial" w:eastAsia="Arial" w:cs="Arial"/>
              <w:color w:val="526577"/>
              <w:sz w:val="16"/>
              <w:lang w:val="uk-UA" w:eastAsia="uk-UA" w:bidi="uk-UA"/>
            </w:rPr>
            <w:instrText xml:space="preserve">PAGE</w:instrText>
          </w:r>
          <w:r>
            <w:rPr>
              <w:rFonts w:ascii="Arial" w:hAnsi="Arial" w:eastAsia="Arial" w:cs="Arial"/>
              <w:color w:val="526577"/>
              <w:sz w:val="16"/>
              <w:lang w:val="uk-UA" w:eastAsia="uk-UA" w:bidi="uk-UA"/>
            </w:rPr>
            <w:fldChar w:fldCharType="separate"/>
          </w:r>
          <w:r>
            <w:rPr>
              <w:rFonts w:ascii="Arial" w:hAnsi="Arial" w:eastAsia="Arial" w:cs="Arial"/>
              <w:color w:val="526577"/>
              <w:sz w:val="16"/>
              <w:lang w:val="uk-UA" w:eastAsia="uk-UA" w:bidi="uk-UA"/>
            </w:rPr>
            <w:instrText xml:space="preserve">1</w:instrText>
          </w:r>
          <w:r>
            <w:rPr>
              <w:rFonts w:ascii="Arial" w:hAnsi="Arial" w:eastAsia="Arial" w:cs="Arial"/>
              <w:color w:val="526577"/>
              <w:sz w:val="16"/>
              <w:lang w:val="uk-UA" w:eastAsia="uk-UA" w:bidi="uk-UA"/>
            </w:rPr>
            <w:fldChar w:fldCharType="end"/>
          </w:r>
          <w:r>
            <w:rPr>
              <w:rFonts w:ascii="Arial" w:hAnsi="Arial" w:eastAsia="Arial" w:cs="Arial"/>
              <w:color w:val="526577"/>
              <w:sz w:val="15"/>
              <w:lang w:val="uk-UA" w:eastAsia="uk-UA" w:bidi="uk-UA"/>
            </w:rPr>
            <w:t xml:space="preserve"> / </w:t>
          </w:r>
          <w:r>
            <w:rPr>
              <w:rFonts w:ascii="Arial" w:hAnsi="Arial" w:eastAsia="Arial" w:cs="Arial"/>
              <w:color w:val="526577"/>
              <w:sz w:val="16"/>
              <w:lang w:val="uk-UA" w:eastAsia="uk-UA" w:bidi="uk-UA"/>
            </w:rPr>
            <w:fldChar w:fldCharType="begin"/>
          </w:r>
          <w:r>
            <w:rPr>
              <w:rFonts w:ascii="Arial" w:hAnsi="Arial" w:eastAsia="Arial" w:cs="Arial"/>
              <w:color w:val="526577"/>
              <w:sz w:val="16"/>
              <w:lang w:val="uk-UA" w:eastAsia="uk-UA" w:bidi="uk-UA"/>
            </w:rPr>
            <w:instrText xml:space="preserve">NUMPAGES</w:instrText>
          </w:r>
          <w:r>
            <w:rPr>
              <w:rFonts w:ascii="Arial" w:hAnsi="Arial" w:eastAsia="Arial" w:cs="Arial"/>
              <w:color w:val="526577"/>
              <w:sz w:val="16"/>
              <w:lang w:val="uk-UA" w:eastAsia="uk-UA" w:bidi="uk-UA"/>
            </w:rPr>
            <w:fldChar w:fldCharType="separate"/>
          </w:r>
          <w:r>
            <w:rPr>
              <w:rFonts w:ascii="Arial" w:hAnsi="Arial" w:eastAsia="Arial" w:cs="Arial"/>
              <w:color w:val="526577"/>
              <w:sz w:val="16"/>
              <w:lang w:val="uk-UA" w:eastAsia="uk-UA" w:bidi="uk-UA"/>
            </w:rPr>
            <w:instrText xml:space="preserve">1</w:instrText>
          </w:r>
          <w:r>
            <w:rPr>
              <w:rFonts w:ascii="Arial" w:hAnsi="Arial" w:eastAsia="Arial" w:cs="Arial"/>
              <w:color w:val="526577"/>
              <w:sz w:val="16"/>
              <w:lang w:val="uk-UA" w:eastAsia="uk-UA" w:bidi="uk-UA"/>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tblCaption w:val="OLYELECTRA document header"/>
      <w:tblDescription w:val="OLYELECTRA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51C2B" w:val="clear"/>
        </w:tcPr>
        <w:p>
          <w:pPr>
            <w:spacing w:before="0" w:after="0" w:line="247" w:lineRule="auto"/>
            <w:jc w:val="left"/>
          </w:pPr>
          <w:r>
            <w:drawing>
              <wp:inline xmlns:a="http://schemas.openxmlformats.org/drawingml/2006/main" xmlns:pic="http://schemas.openxmlformats.org/drawingml/2006/picture">
                <wp:extent cx="2057400" cy="411480"/>
                <wp:docPr id="1" name="OLYELECTRA wordmark" descr="OLYELECTRA wordmark"/>
                <wp:cNvGraphicFramePr>
                  <a:graphicFrameLocks noChangeAspect="1"/>
                </wp:cNvGraphicFramePr>
                <a:graphic>
                  <a:graphicData uri="http://schemas.openxmlformats.org/drawingml/2006/picture">
                    <pic:pic>
                      <pic:nvPicPr>
                        <pic:cNvPr id="0" name="olyelectra-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51C2B" w:val="clear"/>
        </w:tcPr>
        <w:p>
          <w:pPr>
            <w:spacing w:before="0" w:after="0" w:line="247" w:lineRule="auto"/>
            <w:jc w:val="right"/>
          </w:pPr>
          <w:r>
            <w:rPr>
              <w:rFonts w:ascii="Arial" w:hAnsi="Arial" w:eastAsia="Arial" w:cs="Arial"/>
              <w:b/>
              <w:color w:val="FFFFFF"/>
              <w:sz w:val="16"/>
              <w:lang w:val="uk-UA" w:eastAsia="uk-UA" w:bidi="uk-UA"/>
            </w:rPr>
            <w:t>ВІДНОВЛЮВАНА ЕНЕРГЕТИКА, НАКОПИЧЕННЯ ТА ЕЛЕКТРИФІКАЦІЯ</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uk-UA" w:eastAsia="uk-UA" w:bidi="uk-U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166534"/>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5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uk&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вимог проєкту відновлюваної енергетики</dc:title>
  <dc:subject>Структуроване споживання для програм відновлюваної генерації, зберігання, мереж і електрифікації</dc:subject>
  <dc:creator/>
  <cp:keywords>OLYELECTRA, renewable energy, energy storage, grid, due diligence, document control</cp:keywords>
  <dc:description>Controlled OLYELECTRA form OLYE-FRM-RPR-001 V2.0.</dc:description>
  <cp:lastModifiedBy/>
  <cp:revision>1</cp:revision>
  <dcterms:created xsi:type="dcterms:W3CDTF">2013-12-23T23:15:00Z</dcterms:created>
  <dcterms:modified xsi:type="dcterms:W3CDTF">2013-12-23T23:15:00Z</dcterms:modified>
  <cp:category/>
</cp:coreProperties>
</file>