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fr-FR" w:eastAsia="fr-FR" w:bidi="fr-FR"/>
        </w:rPr>
        <w:t>Formulaire d'enregistrement Fournisseur et Partenaire énergie</w:t>
      </w:r>
    </w:p>
    <w:p>
      <w:pPr>
        <w:pStyle w:val="Subtitle"/>
        <w:spacing w:before="0" w:after="140" w:line="240" w:lineRule="auto"/>
        <w:jc w:val="left"/>
      </w:pPr>
      <w:r>
        <w:rPr>
          <w:rFonts w:ascii="Arial" w:hAnsi="Arial" w:eastAsia="Arial" w:cs="Arial"/>
          <w:color w:val="526577"/>
          <w:sz w:val="19"/>
          <w:lang w:val="fr-FR" w:eastAsia="fr-FR" w:bidi="fr-FR"/>
        </w:rPr>
        <w:t>Qualification basée sur les risques des OEM, EPC, développeurs, intégrateurs et organisations de services</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Code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OLYE-FRM-ESR-001</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Version / date d'effet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2.0 / 2 août 2026</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Formulaire professionnel contrôlé</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Propriétaire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OLYELECTRA — OLYVENRA LTD</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Langue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Français</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Statut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Prêt à publier / original contrôlé</w:t>
            </w:r>
          </w:p>
        </w:tc>
      </w:tr>
    </w:tbl>
    <w:tbl>
      <w:tblPr>
        <w:tblW w:type="dxa" w:w="10106"/>
        <w:jc w:val="center"/>
        <w:tblLayout w:type="fixed"/>
        <w:tblLook w:firstColumn="1" w:firstRow="1" w:lastColumn="0" w:lastRow="0" w:noHBand="0" w:noVBand="1" w:val="04A0"/>
        <w:tblInd w:w="120" w:type="dxa"/>
        <w:tblCaption w:val="Objet"/>
        <w:tblDescription w:val="Utilisez ce formulaire pour la qualification initiale ou le renouvellement d'un fournisseur ou d'un partenaire de livraison OLYELECTRA proposé. L’inscription ne constitue pas une approbation, une représentation, une excl"/>
      </w:tblPr>
      <w:tblGrid>
        <w:gridCol w:w="10106"/>
      </w:tblGrid>
      <w:tr>
        <w:trPr>
          <w:trHeight w:hRule="atLeast"/>
          <w:tblHeader/>
          <w:cantSplit/>
        </w:trPr>
        <w:tc>
          <w:tcPr>
            <w:tcW w:type="dxa" w:w="10106"/>
            <w:tcMar>
              <w:top w:w="90" w:type="dxa"/>
              <w:start w:w="120" w:type="dxa"/>
              <w:bottom w:w="90" w:type="dxa"/>
              <w:end w:w="120" w:type="dxa"/>
            </w:tcMar>
            <w:vAlign w:val="center"/>
            <w:shd w:fill="166534" w:val="clear"/>
          </w:tcPr>
          <w:p>
            <w:pPr>
              <w:spacing w:before="0" w:after="0" w:line="240" w:lineRule="auto"/>
              <w:jc w:val="left"/>
            </w:pPr>
            <w:r/>
            <w:r>
              <w:rPr>
                <w:rFonts w:ascii="Arial" w:hAnsi="Arial" w:eastAsia="Arial" w:cs="Arial"/>
                <w:b/>
                <w:i w:val="0"/>
                <w:color w:val="FFFFFF"/>
                <w:sz w:val="18"/>
                <w:lang w:val="fr-FR" w:eastAsia="fr-FR" w:bidi="fr-FR"/>
              </w:rPr>
              <w:t>Objet</w:t>
            </w:r>
          </w:p>
        </w:tc>
      </w:tr>
      <w:tr>
        <w:trPr>
          <w:trHeight w:hRule="atLeast"/>
          <w:cantSplit/>
        </w:trPr>
        <w:tc>
          <w:tcPr>
            <w:tcW w:type="dxa" w:w="10106"/>
            <w:tcMar>
              <w:top w:w="90" w:type="dxa"/>
              <w:start w:w="120" w:type="dxa"/>
              <w:bottom w:w="90" w:type="dxa"/>
              <w:end w:w="120" w:type="dxa"/>
            </w:tcMar>
            <w:vAlign w:val="center"/>
            <w:shd w:fill="ECFDF3" w:val="clear"/>
          </w:tcPr>
          <w:p>
            <w:pPr>
              <w:spacing w:before="0" w:after="0" w:line="252" w:lineRule="auto"/>
              <w:jc w:val="left"/>
            </w:pPr>
            <w:r/>
            <w:r>
              <w:rPr>
                <w:rFonts w:ascii="Arial" w:hAnsi="Arial" w:eastAsia="Arial" w:cs="Arial"/>
                <w:color w:val="102334"/>
                <w:sz w:val="17"/>
                <w:lang w:val="fr-FR" w:eastAsia="fr-FR" w:bidi="fr-FR"/>
              </w:rPr>
              <w:t>Utilisez ce formulaire pour la qualification initiale ou le renouvellement d'un fournisseur ou d'un partenaire de livraison OLYELECTRA proposé. L’inscription ne constitue pas une approbation, une représentation, une exclusivité, une certification ou un engagement d’achat. La profondeur de l’examen est proportionnelle à la technologie, au rôle, à la juridiction, au projet et à la sensibilité des informations.</w:t>
            </w:r>
          </w:p>
        </w:tc>
      </w:tr>
    </w:tbl>
    <w:tbl>
      <w:tblPr>
        <w:tblW w:type="dxa" w:w="10106"/>
        <w:jc w:val="center"/>
        <w:tblLayout w:type="fixed"/>
        <w:tblLook w:firstColumn="1" w:firstRow="1" w:lastColumn="0" w:lastRow="0" w:noHBand="0" w:noVBand="1" w:val="04A0"/>
        <w:tblInd w:w="120" w:type="dxa"/>
        <w:tblCaption w:val="Instructions de remplissage"/>
        <w:tblDescription w:val="Renseignez chaque champ applicable. Référencez les preuves par titre, émetteur, numéro, révision et date. Indiquez « Sans objet » avec justification. Distinguez clairement les estimations des données mesurées ou approuvé"/>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Instructions de remplissage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Renseignez chaque champ applicable. Référencez les preuves par titre, émetteur, numéro, révision et date. Indiquez « Sans objet » avec justification. Distinguez clairement les estimations des données mesurées ou approuvées. OLYELECTRA peut demander des précisions, une diligence renforcée ou un échange via une salle de données sécurisée.</w:t>
            </w:r>
          </w:p>
        </w:tc>
      </w:tr>
    </w:tbl>
    <w:tbl>
      <w:tblPr>
        <w:tblW w:type="dxa" w:w="10106"/>
        <w:jc w:val="center"/>
        <w:tblLayout w:type="fixed"/>
        <w:tblLook w:firstColumn="1" w:firstRow="1" w:lastColumn="0" w:lastRow="0" w:noHBand="0" w:noVBand="1" w:val="04A0"/>
        <w:tblInd w:w="120" w:type="dxa"/>
        <w:tblCaption w:val="Confidentialité et transmission sécurisée"/>
        <w:tblDescription w:val="N'envoyez pas d'identifiants, de modèles ou réglages détaillés du réseau, de schémas d'infrastructure critique, de pièces d'identité, de données personnelles protégées ni d'informations commerciales restreintes par courr"/>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Confidentialité et transmission sécurisée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N'envoyez pas d'identifiants, de modèles ou réglages détaillés du réseau, de schémas d'infrastructure critique, de pièces d'identité, de données personnelles protégées ni d'informations commerciales restreintes par courrier électronique ordinaire ou formulaire public. Fournissez uniquement des références documentaires jusqu'à l'approbation du canal sécurisé et des destinataires.</w:t>
            </w:r>
          </w:p>
          <w:p>
            <w:pPr>
              <w:spacing w:before="60" w:after="0" w:line="240" w:lineRule="auto"/>
              <w:jc w:val="left"/>
            </w:pPr>
            <w:hyperlink r:id="rId11">
              <w:r>
                <w:rPr>
                  <w:color w:val="166534"/>
                  <w:u w:val="single"/>
                </w:rPr>
                <w:t>Lire l'Avis de confidentialité OLYVENRA</w:t>
              </w:r>
            </w:hyperlink>
          </w:p>
        </w:tc>
      </w:tr>
    </w:tbl>
    <w:tbl>
      <w:tblPr>
        <w:tblW w:type="dxa" w:w="10106"/>
        <w:jc w:val="center"/>
        <w:tblLayout w:type="fixed"/>
        <w:tblLook w:firstColumn="1" w:firstRow="1" w:lastColumn="0" w:lastRow="0" w:noHBand="0" w:noVBand="1" w:val="04A0"/>
        <w:tblInd w:w="120" w:type="dxa"/>
        <w:tblCaption w:val="Limite d'autorité, de sécurité et de preuve du projet"/>
        <w:tblDescription w:val="Ce formulaire ne constitue ni une offre, ni une approbation technique ou de raccordement, ni un permis, une certification produit, une garantie de production ou d'économie, un engagement de financement, un avis juridique"/>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fr-FR" w:eastAsia="fr-FR" w:bidi="fr-FR"/>
              </w:rPr>
              <w:t>Limite d'autorité, de sécurité et de preuve du projet</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fr-FR" w:eastAsia="fr-FR" w:bidi="fr-FR"/>
              </w:rPr>
              <w:t>Ce formulaire ne constitue ni une offre, ni une approbation technique ou de raccordement, ni un permis, une certification produit, une garantie de production ou d'économie, un engagement de financement, un avis juridique ou une obligation de contracter. Les décisions relèvent de parties compétentes sur la base de preuves propres au projet.</w:t>
            </w:r>
          </w:p>
        </w:tc>
      </w:tr>
    </w:tbl>
    <w:p>
      <w:pPr>
        <w:pStyle w:val="Heading1"/>
        <w:keepNext/>
        <w:spacing w:before="160" w:after="80" w:line="240" w:lineRule="auto"/>
        <w:jc w:val="left"/>
      </w:pPr>
      <w:r>
        <w:rPr>
          <w:rFonts w:ascii="Arial" w:hAnsi="Arial" w:eastAsia="Arial" w:cs="Arial"/>
          <w:b/>
          <w:color w:val="166534"/>
          <w:sz w:val="25"/>
          <w:lang w:val="fr-FR" w:eastAsia="fr-FR" w:bidi="fr-FR"/>
        </w:rPr>
        <w:t>Identité juridique, propriété et rôle de livraison</w:t>
      </w:r>
    </w:p>
    <w:tbl>
      <w:tblPr>
        <w:tblW w:type="dxa" w:w="10106"/>
        <w:jc w:val="center"/>
        <w:tblLayout w:type="fixed"/>
        <w:tblLook w:firstColumn="1" w:firstRow="1" w:lastColumn="0" w:lastRow="0" w:noHBand="0" w:noVBand="1" w:val="04A0"/>
        <w:tblInd w:w="120" w:type="dxa"/>
        <w:tblCaption w:val="Identité juridique, propriété et rôle de livraison"/>
        <w:tblDescription w:val="Identité juridique, propriété et rôle de livraison: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Nom légal complet, nom commercial et type d’organisation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m légal complet, nom commercial et type d’organisation"/>
                <w:tag w:val="olyelectra.v2.supplier-registration.fr.company.legal_name"/>
                <w:id w:val="129841047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Numéro d'enregistrement, pays, statut fiscal et adresse enregistrée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uméro d'enregistrement, pays, statut fiscal et adresse enregistrée"/>
                <w:tag w:val="olyelectra.v2.supplier-registration.fr.company.registration"/>
                <w:id w:val="125341247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Site Web d'entreprise et profil public vérifiable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te Web d'entreprise et profil public vérifiable"/>
                <w:tag w:val="olyelectra.v2.supplier-registration.fr.company.website"/>
                <w:id w:val="129844596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Contact autorisé : nom, titre, service, email et téléphone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act autorisé : nom, titre, service, email et téléphone"/>
                <w:tag w:val="olyelectra.v2.supplier-registration.fr.company.contact"/>
                <w:id w:val="100861628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Bénéficiaires effectifs ultimes, pourcentages et propriété/contrôle du gouvernement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énéficiaires effectifs ultimes, pourcentages et propriété/contrôle du gouvernement"/>
                <w:tag w:val="olyelectra.v2.supplier-registration.fr.company.ownership"/>
                <w:id w:val="106045279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Administrateurs, dirigeants, signataires autorisés et responsabilité de la direction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dministrateurs, dirigeants, signataires autorisés et responsabilité de la direction"/>
                <w:tag w:val="olyelectra.v2.supplier-registration.fr.company.directors"/>
                <w:id w:val="92442785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Sites enregistrés, de fabrication, d'assemblage, d'entrepôt et de service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tes enregistrés, de fabrication, d'assemblage, d'entrepôt et de service"/>
                <w:tag w:val="olyelectra.v2.supplier-registration.fr.company.sites"/>
                <w:id w:val="1846780646"/>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Portée technologique, fabrication et itinéraire d'approvisionnement</w:t>
      </w:r>
    </w:p>
    <w:tbl>
      <w:tblPr>
        <w:tblW w:type="dxa" w:w="10106"/>
        <w:jc w:val="center"/>
        <w:tblLayout w:type="fixed"/>
        <w:tblLook w:firstColumn="1" w:firstRow="1" w:lastColumn="0" w:lastRow="0" w:noHBand="0" w:noVBand="1" w:val="04A0"/>
        <w:tblInd w:w="120" w:type="dxa"/>
        <w:tblCaption w:val="Portée technologique, fabrication et itinéraire d'approvisionnement"/>
        <w:tblDescription w:val="Portée technologique, fabrication et itinéraire d'approvisionnemen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Rôle OEM, développeur, EPC, installateur, intégrateur, distributeur, O&amp;M, logiciel ou conseiller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ôle OEM, développeur, EPC, installateur, intégrateur, distributeur, O&amp;M, logiciel ou conseiller"/>
                <w:tag w:val="olyelectra.v2.supplier-registration.fr.scope.supplier_role"/>
                <w:id w:val="142467995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Territoires autorisés, rendez-vous des chaînes et restrictions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rritoires autorisés, rendez-vous des chaînes et restrictions"/>
                <w:tag w:val="olyelectra.v2.supplier-registration.fr.scope.territories"/>
                <w:id w:val="132171733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Familles de technologies et de services, évaluations, applications et exclusions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amilles de technologies et de services, évaluations, applications et exclusions"/>
                <w:tag w:val="olyelectra.v2.supplier-registration.fr.scope.product_scope"/>
                <w:id w:val="117952438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Fabricant légal, site de fabrication, pays d'origine et voie d'approvisionnement autorisée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abricant légal, site de fabrication, pays d'origine et voie d'approvisionnement autorisée"/>
                <w:tag w:val="olyelectra.v2.supplier-registration.fr.scope.manufacturer"/>
                <w:id w:val="200750491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Processus de fabrication/assemblage, capacité, équipements critiques et externalisation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cessus de fabrication/assemblage, capacité, équipements critiques et externalisation"/>
                <w:tag w:val="olyelectra.v2.supplier-registration.fr.scope.manufacturing"/>
                <w:id w:val="200052554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Sous-traitants critiques, dépendances OEM et contrôles de flux</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ous-traitants critiques, dépendances OEM et contrôles de flux"/>
                <w:tag w:val="olyelectra.v2.supplier-registration.fr.scope.subcontractors"/>
                <w:id w:val="116409598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Pays d'origine, visibilité de la nomenclature et concentration de la chaîne d'approvisionnement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ys d'origine, visibilité de la nomenclature et concentration de la chaîne d'approvisionnement"/>
                <w:tag w:val="olyelectra.v2.supplier-registration.fr.scope.origin"/>
                <w:id w:val="1647904210"/>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Contrôle de la qualité, des preuves produits et de la configuration</w:t>
      </w:r>
    </w:p>
    <w:tbl>
      <w:tblPr>
        <w:tblW w:type="dxa" w:w="10106"/>
        <w:jc w:val="center"/>
        <w:tblLayout w:type="fixed"/>
        <w:tblLook w:firstColumn="1" w:firstRow="1" w:lastColumn="0" w:lastRow="0" w:noHBand="0" w:noVBand="1" w:val="04A0"/>
        <w:tblInd w:w="120" w:type="dxa"/>
        <w:tblCaption w:val="Contrôle de la qualité, des preuves produits et de la configuration"/>
        <w:tblDescription w:val="Contrôle de la qualité, des preuves produits et de la configuration: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Portée du système de gestion de la qualité, certificat, organisme émetteur et couverture du site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rtée du système de gestion de la qualité, certificat, organisme émetteur et couverture du site"/>
                <w:tag w:val="olyelectra.v2.supplier-registration.fr.quality.qms"/>
                <w:id w:val="74678614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Laboratoires d'essais, portée de l'accréditation et contrôles actuels des rapports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aboratoires d'essais, portée de l'accréditation et contrôles actuels des rapports"/>
                <w:tag w:val="olyelectra.v2.supplier-registration.fr.quality.test_labs"/>
                <w:id w:val="55166122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Référence du produit, révision de la nomenclature/du logiciel, autorité de conception et notification des modifications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éférence du produit, révision de la nomenclature/du logiciel, autorité de conception et notification des modifications"/>
                <w:tag w:val="olyelectra.v2.supplier-registration.fr.quality.configuration"/>
                <w:id w:val="144364037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Généalogie des séries, des lots, des lots et des composants, ainsi que la période de conservation des enregistrements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énéalogie des séries, des lots, des lots et des composants, ainsi que la période de conservation des enregistrements"/>
                <w:tag w:val="olyelectra.v2.supplier-registration.fr.quality.traceability"/>
                <w:id w:val="127095955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Non-conformité, concession/déviation, CAPA et processus de notification client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n-conformité, concession/déviation, CAPA et processus de notification client"/>
                <w:tag w:val="olyelectra.v2.supplier-registration.fr.quality.nonconformance"/>
                <w:id w:val="37035585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Processus de plainte, d'incident de sécurité, d'action sur le terrain, de rappel et de notification réglementaire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cessus de plainte, d'incident de sécurité, d'action sur le terrain, de rappel et de notification réglementaire"/>
                <w:tag w:val="olyelectra.v2.supplier-registration.fr.quality.complaints"/>
                <w:id w:val="11960352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Normes/codes spécifiques aux contrats, aux juridictions et aux produits et éditions requises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rmes/codes spécifiques aux contrats, aux juridictions et aux produits et éditions requises"/>
                <w:tag w:val="olyelectra.v2.supplier-registration.fr.quality.standards"/>
                <w:id w:val="159264435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Rapports/certificats actuels sur le type, la sécurité, les performances, l'environnement et la conformité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apports/certificats actuels sur le type, la sécurité, les performances, l'environnement et la conformité"/>
                <w:tag w:val="olyelectra.v2.supplier-registration.fr.quality.reports"/>
                <w:id w:val="1292066974"/>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Preuves de performance, de garantie et de référence du projet</w:t>
      </w:r>
    </w:p>
    <w:tbl>
      <w:tblPr>
        <w:tblW w:type="dxa" w:w="10106"/>
        <w:jc w:val="center"/>
        <w:tblLayout w:type="fixed"/>
        <w:tblLook w:firstColumn="1" w:firstRow="1" w:lastColumn="0" w:lastRow="0" w:noHBand="0" w:noVBand="1" w:val="04A0"/>
        <w:tblInd w:w="120" w:type="dxa"/>
        <w:tblCaption w:val="Preuves de performance, de garantie et de référence du projet"/>
        <w:tblDescription w:val="Preuves de performance, de garantie et de référence du proje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Performances nominales et garanties, conditions de test et base de tolérance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erformances nominales et garanties, conditions de test et base de tolérance"/>
                <w:tag w:val="olyelectra.v2.supplier-registration.fr.performance.performance_data"/>
                <w:id w:val="87978665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Hypothèses de dégradation, de disponibilité, de débit/cycle et d’augmentation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Hypothèses de dégradation, de disponibilité, de débit/cycle et d’augmentation"/>
                <w:tag w:val="olyelectra.v2.supplier-registration.fr.performance.degradation"/>
                <w:id w:val="91875629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Période de garantie, déclencheur, exclusions, recours, sécurité et gestion des réclamations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ériode de garantie, déclencheur, exclusions, recours, sécurité et gestion des réclamations"/>
                <w:tag w:val="olyelectra.v2.supplier-registration.fr.performance.warranty_terms"/>
                <w:id w:val="167877942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Références d'exploitation comparables avec modèle, capacité, site et date d'exploitation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éférences d'exploitation comparables avec modèle, capacité, site et date d'exploitation"/>
                <w:tag w:val="olyelectra.v2.supplier-registration.fr.performance.reference_projects"/>
                <w:id w:val="96028697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Emplacements de service, personnel, compétence, pièces de rechange et itinéraire de remontée d'informations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mplacements de service, personnel, compétence, pièces de rechange et itinéraire de remontée d'informations"/>
                <w:tag w:val="olyelectra.v2.supplier-registration.fr.performance.service_network"/>
                <w:id w:val="37327274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Situation financière, assurance, soutien aux parents et expérience en tant que prêteur/ingénieur indépendant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tuation financière, assurance, soutien aux parents et expérience en tant que prêteur/ingénieur indépendant"/>
                <w:tag w:val="olyelectra.v2.supplier-registration.fr.performance.bankability"/>
                <w:id w:val="148632235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Service local, pièces de rechange, escalade, assistance à distance et capacité de temps de réponse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rvice local, pièces de rechange, escalade, assistance à distance et capacité de temps de réponse"/>
                <w:tag w:val="olyelectra.v2.supplier-registration.fr.performance.support"/>
                <w:id w:val="1468021226"/>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Approvisionnement responsable, durabilité et contrôles du cycle de vie</w:t>
      </w:r>
    </w:p>
    <w:tbl>
      <w:tblPr>
        <w:tblW w:type="dxa" w:w="10106"/>
        <w:jc w:val="center"/>
        <w:tblLayout w:type="fixed"/>
        <w:tblLook w:firstColumn="1" w:firstRow="1" w:lastColumn="0" w:lastRow="0" w:noHBand="0" w:noVBand="1" w:val="04A0"/>
        <w:tblInd w:w="120" w:type="dxa"/>
        <w:tblCaption w:val="Approvisionnement responsable, durabilité et contrôles du cycle de vie"/>
        <w:tblDescription w:val="Approvisionnement responsable, durabilité et contrôles du cycle de vi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Diligence raisonnable en matière de batteries/minéraux critiques, chaîne de traçabilité et approche de gestion des risques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iligence raisonnable en matière de batteries/minéraux critiques, chaîne de traçabilité et approche de gestion des risques"/>
                <w:tag w:val="olyelectra.v2.supplier-registration.fr.responsibility.minerals"/>
                <w:id w:val="176274883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Empreinte carbone du produit, EPD/LCA ou autres preuves et méthodologies environnementales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mpreinte carbone du produit, EPD/LCA ou autres preuves et méthodologies environnementales"/>
                <w:tag w:val="olyelectra.v2.supplier-registration.fr.responsibility.carbon"/>
                <w:id w:val="207959997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Responsabilité du producteur, reprise, recyclage et contrôle des partenaires déchets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sponsabilité du producteur, reprise, recyclage et contrôle des partenaires déchets"/>
                <w:tag w:val="olyelectra.v2.supplier-registration.fr.responsibility.waste"/>
                <w:id w:val="82187814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Gestion de la sécurité des produits et du lieu de travail, historique des incidents et assistance en cas d'urgence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estion de la sécurité des produits et du lieu de travail, historique des incidents et assistance en cas d'urgence"/>
                <w:tag w:val="olyelectra.v2.supplier-registration.fr.responsibility.health_safety"/>
                <w:id w:val="97597638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Normes du travail, travail forcé/travail des enfants, bien-être des travailleurs et contrôle des griefs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rmes du travail, travail forcé/travail des enfants, bien-être des travailleurs et contrôle des griefs"/>
                <w:tag w:val="olyelectra.v2.supplier-registration.fr.responsibility.labour"/>
                <w:id w:val="166141714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Processus de diligence raisonnable, de grief, de réparation et d’escalade en matière de droits de l’homme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cessus de diligence raisonnable, de grief, de réparation et d’escalade en matière de droits de l’homme"/>
                <w:tag w:val="olyelectra.v2.supplier-registration.fr.responsibility.human_rights"/>
                <w:id w:val="208548630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Carte de la chaîne d'approvisionnement critique, pays, sources uniques et mesures de résilience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arte de la chaîne d'approvisionnement critique, pays, sources uniques et mesures de résilience"/>
                <w:tag w:val="olyelectra.v2.supplier-registration.fr.responsibility.supply_chain_map"/>
                <w:id w:val="135599856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Reprise, recyclage, classification des déchets, responsabilité du producteur et plan de déclassement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prise, recyclage, classification des déchets, responsabilité du producteur et plan de déclassement"/>
                <w:tag w:val="olyelectra.v2.supplier-registration.fr.responsibility.circularity"/>
                <w:id w:val="1468462606"/>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Intégrité, sanctions, situation financière et sécurité de l'information</w:t>
      </w:r>
    </w:p>
    <w:tbl>
      <w:tblPr>
        <w:tblW w:type="dxa" w:w="10106"/>
        <w:jc w:val="center"/>
        <w:tblLayout w:type="fixed"/>
        <w:tblLook w:firstColumn="1" w:firstRow="1" w:lastColumn="0" w:lastRow="0" w:noHBand="0" w:noVBand="1" w:val="04A0"/>
        <w:tblInd w:w="120" w:type="dxa"/>
        <w:tblCaption w:val="Intégrité, sanctions, situation financière et sécurité de l'information"/>
        <w:tblDescription w:val="Intégrité, sanctions, situation financière et sécurité de l'information: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Sanctions, exclusions, contrôles de conformité des parties restreintes et des exportations/importations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nctions, exclusions, contrôles de conformité des parties restreintes et des exportations/importations"/>
                <w:tag w:val="olyelectra.v2.supplier-registration.fr.integrity.sanctions"/>
                <w:id w:val="154918444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Lutte contre la corruption, cadeaux, paiements de facilitation et contrôles par des tiers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utte contre la corruption, cadeaux, paiements de facilitation et contrôles par des tiers"/>
                <w:tag w:val="olyelectra.v2.supplier-registration.fr.integrity.anti_bribery"/>
                <w:id w:val="192656998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Agents, courtiers, commissions, commissions de réussite et destinataires des paiements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gents, courtiers, commissions, commissions de réussite et destinataires des paiements"/>
                <w:tag w:val="olyelectra.v2.supplier-registration.fr.integrity.fees"/>
                <w:id w:val="186579759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Conflits réels ou potentiels, relations entre agents publics et parties liées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flits réels ou potentiels, relations entre agents publics et parties liées"/>
                <w:tag w:val="olyelectra.v2.supplier-registration.fr.integrity.conflicts"/>
                <w:id w:val="185091194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Situation financière, insolvabilité, continuité d’exploitation et questions de crédit important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tuation financière, insolvabilité, continuité d’exploitation et questions de crédit important"/>
                <w:tag w:val="olyelectra.v2.supplier-registration.fr.integrity.financial"/>
                <w:id w:val="116200067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Litiges importants, enquêtes, exécution, exclusion et médias défavorables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itiges importants, enquêtes, exécution, exclusion et médias défavorables"/>
                <w:tag w:val="olyelectra.v2.supplier-registration.fr.integrity.adverse_media"/>
                <w:id w:val="19848894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Cadre de sécurité de l’information, contrôles des incidents et des données des infrastructures critiques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adre de sécurité de l’information, contrôles des incidents et des données des infrastructures critiques"/>
                <w:tag w:val="olyelectra.v2.supplier-registration.fr.integrity.information_security"/>
                <w:id w:val="165272680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Propriété des données, pays d'hébergement, exigences en matière de confidentialité, de conservation et de transfert sécurisé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priété des données, pays d'hébergement, exigences en matière de confidentialité, de conservation et de transfert sécurisé"/>
                <w:tag w:val="olyelectra.v2.supplier-registration.fr.integrity.data"/>
                <w:id w:val="1215915965"/>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Liste de contrôle des preuves à l’appui</w:t>
      </w:r>
    </w:p>
    <w:tbl>
      <w:tblPr>
        <w:tblW w:type="dxa" w:w="10106"/>
        <w:jc w:val="center"/>
        <w:tblLayout w:type="fixed"/>
        <w:tblLook w:firstColumn="1" w:firstRow="1" w:lastColumn="0" w:lastRow="0" w:noHBand="0" w:noVBand="1" w:val="04A0"/>
        <w:tblInd w:w="120" w:type="dxa"/>
        <w:tblCaption w:val="Liste de contrôle des preuves à l’appui"/>
        <w:tblDescription w:val="Liste de contrôle des preuves à l’appu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Justificatifs d'immatriculation, fiscaux, d'adresse et de signataire autorisé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Justificatifs d'immatriculation, fiscaux, d'adresse et de signataire autorisé"/>
                <w:tag w:val="olyelectra.v2.supplier-registration.fr.evidence.registration_evidence"/>
                <w:id w:val="92255015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Organigramme de propriété et preuve d'identité du bénéficiaire effectif</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rganigramme de propriété et preuve d'identité du bénéficiaire effectif"/>
                <w:tag w:val="olyelectra.v2.supplier-registration.fr.evidence.ownership_evidence"/>
                <w:id w:val="86941150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Certificats, résumés d'audit, rapports d'essais et preuves de conformité des produits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ertificats, résumés d'audit, rapports d'essais et preuves de conformité des produits"/>
                <w:tag w:val="olyelectra.v2.supplier-registration.fr.evidence.quality_evidence"/>
                <w:id w:val="8077069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Liste de références, preuves d'acceptation, historique de garantie/réclamation et dossiers de performances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iste de références, preuves d'acceptation, historique de garantie/réclamation et dossiers de performances"/>
                <w:tag w:val="olyelectra.v2.supplier-registration.fr.evidence.project_evidence"/>
                <w:id w:val="83140259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Politiques d'intégrité, de sanctions, de travail, de durabilité, d'approvisionnement, HSE et cyber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litiques d'intégrité, de sanctions, de travail, de durabilité, d'approvisionnement, HSE et cyber"/>
                <w:tag w:val="olyelectra.v2.supplier-registration.fr.evidence.policy_evidence"/>
                <w:id w:val="2105774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Certificats d’assurance en vigueur et limitations matérielles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ertificats d’assurance en vigueur et limitations matérielles"/>
                <w:tag w:val="olyelectra.v2.supplier-registration.fr.evidence.insurance_evidence"/>
                <w:id w:val="91097324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Références de projets opérationnels comparables, pays, capacité, âge et parcours de contact client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éférences de projets opérationnels comparables, pays, capacité, âge et parcours de contact client"/>
                <w:tag w:val="olyelectra.v2.supplier-registration.fr.evidence.references"/>
                <w:id w:val="987570260"/>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Déclaration et signature autorisée</w:t>
      </w:r>
    </w:p>
    <w:tbl>
      <w:tblPr>
        <w:tblW w:type="dxa" w:w="10106"/>
        <w:jc w:val="center"/>
        <w:tblLayout w:type="fixed"/>
        <w:tblLook w:firstColumn="1" w:firstRow="1" w:lastColumn="0" w:lastRow="0" w:noHBand="0" w:noVBand="1" w:val="04A0"/>
        <w:tblInd w:w="120" w:type="dxa"/>
        <w:tblCaption w:val="Déclaration et signature autorisée"/>
        <w:tblDescription w:val="Je confirme que les informations sont complètes et exactes à ma connaissance, que je suis autorisé(e) à les communiquer et que l'organisation signalera rapidement tout changement important. Je comprends que l'envoi du fo"/>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fr-FR" w:eastAsia="fr-FR" w:bidi="fr-FR"/>
              </w:rPr>
              <w:t>Déclaration et signature autorisée</w:t>
            </w:r>
          </w:p>
        </w:tc>
      </w:tr>
      <w:tr>
        <w:trPr>
          <w:trHeight w:hRule="atLeast"/>
          <w:cantSplit/>
        </w:trPr>
        <w:tc>
          <w:tcPr>
            <w:tcW w:type="dxa" w:w="10106"/>
            <w:tcMar>
              <w:top w:w="90" w:type="dxa"/>
              <w:start w:w="120" w:type="dxa"/>
              <w:bottom w:w="90" w:type="dxa"/>
              <w:end w:w="120" w:type="dxa"/>
            </w:tcMar>
            <w:vAlign w:val="center"/>
            <w:shd w:fill="ECFDF3" w:val="clear"/>
          </w:tcPr>
          <w:p>
            <w:pPr>
              <w:keepNext/>
              <w:spacing w:before="0" w:after="0" w:line="252" w:lineRule="auto"/>
              <w:jc w:val="left"/>
            </w:pPr>
            <w:r/>
            <w:r>
              <w:rPr>
                <w:rFonts w:ascii="Arial" w:hAnsi="Arial" w:eastAsia="Arial" w:cs="Arial"/>
                <w:color w:val="102334"/>
                <w:sz w:val="17"/>
                <w:lang w:val="fr-FR" w:eastAsia="fr-FR" w:bidi="fr-FR"/>
              </w:rPr>
              <w:t>Je confirme que les informations sont complètes et exactes à ma connaissance, que je suis autorisé(e) à les communiquer et que l'organisation signalera rapidement tout changement important. Je comprends que l'envoi du formulaire ne crée aucune approbation, nomination, confidentialité, disponibilité, exclusivité, certification, faisabilité du projet ou obligation de contracter.</w:t>
            </w:r>
          </w:p>
        </w:tc>
      </w:tr>
    </w:tbl>
    <w:tbl>
      <w:tblPr>
        <w:tblW w:type="dxa" w:w="10106"/>
        <w:jc w:val="center"/>
        <w:tblLayout w:type="fixed"/>
        <w:tblLook w:firstColumn="1" w:firstRow="1" w:lastColumn="0" w:lastRow="0" w:noHBand="0" w:noVBand="1" w:val="04A0"/>
        <w:tblInd w:w="120" w:type="dxa"/>
        <w:tblCaption w:val="Déclaration et signature autorisée"/>
        <w:tblDescription w:val="Déclaration et signature autorisé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Déclarant autorisé : nom complet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éclarant autorisé : nom complet"/>
                <w:tag w:val="olyelectra.v2.supplier-registration.fr.declaration.declaration_name"/>
                <w:id w:val="122236430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Poste et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te et organisation"/>
                <w:tag w:val="olyelectra.v2.supplier-registration.fr.declaration.declaration_title"/>
                <w:id w:val="35964373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Fondement de l'autorité pour soumettre ce formulaire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ondement de l'autorité pour soumettre ce formulaire"/>
                <w:tag w:val="olyelectra.v2.supplier-registration.fr.declaration.declaration_basis"/>
                <w:id w:val="24477817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electra.v2.supplier-registration.fr.declaration.signature"/>
                <w:id w:val="32892992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electra.v2.supplier-registration.fr.declaration.date"/>
                <w:id w:val="1777771459"/>
                <w:text w:multiLine="1"/>
                <w:showingPlcHdr/>
              </w:sdtPr>
              <w:sdtContent>
                <w:r>
                  <w:rPr>
                    <w:color w:val="667985"/>
                    <w:i/>
                    <w:sz w:val="18"/>
                    <w:lang w:val="fr-FR" w:eastAsia="fr-FR" w:bidi="fr-FR"/>
                  </w:rPr>
                  <w:t xml:space="preserve">Cliquez pour saisir une réponse. Indiquez Sans objet le cas échéant.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fr-FR" w:eastAsia="fr-FR" w:bidi="fr-FR"/>
            </w:rPr>
            <w:t>OLYE-FRM-ESR-001 · V2.0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fr-FR" w:eastAsia="fr-FR" w:bidi="fr-FR"/>
            </w:rPr>
            <w:t>Formulaire professionnel contrôlé en consultation électronique</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fr-FR" w:eastAsia="fr-FR" w:bidi="fr-FR"/>
            </w:rPr>
            <w:t xml:space="preserve">Page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PAGE</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r>
            <w:rPr>
              <w:rFonts w:ascii="Arial" w:hAnsi="Arial" w:eastAsia="Arial" w:cs="Arial"/>
              <w:color w:val="526577"/>
              <w:sz w:val="15"/>
              <w:lang w:val="fr-FR" w:eastAsia="fr-FR" w:bidi="fr-FR"/>
            </w:rPr>
            <w:t xml:space="preserve"> /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NUMPAGES</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ELECTRA document header"/>
      <w:tblDescription w:val="OLYELECTR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ELECTRA wordmark" descr="OLYELECTRA wordmark"/>
                <wp:cNvGraphicFramePr>
                  <a:graphicFrameLocks noChangeAspect="1"/>
                </wp:cNvGraphicFramePr>
                <a:graphic>
                  <a:graphicData uri="http://schemas.openxmlformats.org/drawingml/2006/picture">
                    <pic:pic>
                      <pic:nvPicPr>
                        <pic:cNvPr id="0" name="olyelectr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fr-FR" w:eastAsia="fr-FR" w:bidi="fr-FR"/>
            </w:rPr>
            <w:t>ÉNERGIES RENOUVELABLES, STOCKAGE ET ÉLECTRIFICATION</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fr-FR"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166534"/>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f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d'enregistrement Fournisseur et Partenaire énergie</dc:title>
  <dc:subject>Qualification basée sur les risques des OEM, EPC, développeurs, intégrateurs et organisations de services</dc:subject>
  <dc:creator/>
  <cp:keywords>OLYELECTRA, renewable energy, energy storage, grid, due diligence, document control</cp:keywords>
  <dc:description>Controlled OLYELECTRA form OLYE-FRM-ESR-001 V2.0.</dc:description>
  <cp:lastModifiedBy/>
  <cp:revision>1</cp:revision>
  <dcterms:created xsi:type="dcterms:W3CDTF">2013-12-23T23:15:00Z</dcterms:created>
  <dcterms:modified xsi:type="dcterms:W3CDTF">2013-12-23T23:15:00Z</dcterms:modified>
  <cp:category/>
</cp:coreProperties>
</file>