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51C2B"/>
          <w:sz w:val="42"/>
          <w:lang w:val="en-GB" w:eastAsia="en-GB" w:bidi="en-GB"/>
        </w:rPr>
        <w:t>Energy Supplier &amp; Partner Registration Form</w:t>
      </w:r>
    </w:p>
    <w:p>
      <w:pPr>
        <w:pStyle w:val="Subtitle"/>
        <w:spacing w:before="0" w:after="140" w:line="240" w:lineRule="auto"/>
        <w:jc w:val="left"/>
      </w:pPr>
      <w:r>
        <w:rPr>
          <w:rFonts w:ascii="Arial" w:hAnsi="Arial" w:eastAsia="Arial" w:cs="Arial"/>
          <w:color w:val="526577"/>
          <w:sz w:val="19"/>
          <w:lang w:val="en-GB" w:eastAsia="en-GB" w:bidi="en-GB"/>
        </w:rPr>
        <w:t>Risk-based qualification of OEMs, EPCs, developers, integrators and service organisations</w:t>
      </w:r>
    </w:p>
    <w:tbl>
      <w:tblPr>
        <w:tblW w:type="dxa" w:w="10106"/>
        <w:jc w:val="center"/>
        <w:tblLayout w:type="fixed"/>
        <w:tblLook w:firstColumn="1" w:firstRow="1" w:lastColumn="0" w:lastRow="0" w:noHBand="0" w:noVBand="1" w:val="04A0"/>
        <w:tblInd w:w="120" w:type="dxa"/>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en-GB" w:eastAsia="en-GB" w:bidi="en-GB"/>
              </w:rPr>
              <w:t>Document code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OLYE-FRM-ESR-001</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en-GB" w:eastAsia="en-GB" w:bidi="en-GB"/>
              </w:rPr>
              <w:t>Version / effective date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2.0 / 2 August 2026</w:t>
            </w:r>
          </w:p>
        </w:tc>
      </w:tr>
      <w:tr>
        <w:trPr>
          <w:trHeight w:hRule="atLeast"/>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en-GB" w:eastAsia="en-GB" w:bidi="en-GB"/>
              </w:rPr>
              <w:t>Classification</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Controlled business form</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en-GB" w:eastAsia="en-GB" w:bidi="en-GB"/>
              </w:rPr>
              <w:t>Document owner</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OLYELECTRA — OLYVENRA LTD</w:t>
            </w:r>
          </w:p>
        </w:tc>
      </w:tr>
      <w:tr>
        <w:trPr>
          <w:trHeight w:hRule="atLeast"/>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en-GB" w:eastAsia="en-GB" w:bidi="en-GB"/>
              </w:rPr>
              <w:t>Language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English</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en-GB" w:eastAsia="en-GB" w:bidi="en-GB"/>
              </w:rPr>
              <w:t>Status</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Publication-ready / controlled master</w:t>
            </w:r>
          </w:p>
        </w:tc>
      </w:tr>
    </w:tbl>
    <w:tbl>
      <w:tblPr>
        <w:tblW w:type="dxa" w:w="10106"/>
        <w:jc w:val="center"/>
        <w:tblLayout w:type="fixed"/>
        <w:tblLook w:firstColumn="1" w:firstRow="1" w:lastColumn="0" w:lastRow="0" w:noHBand="0" w:noVBand="1" w:val="04A0"/>
        <w:tblInd w:w="120" w:type="dxa"/>
        <w:tblCaption w:val="Purpose"/>
        <w:tblDescription w:val="Use this form for initial qualification or renewal of a proposed OLYELECTRA supplier or delivery partner. Registration does not constitute approval, representation, exclusivity, certification or a purchase commitment. Re"/>
      </w:tblPr>
      <w:tblGrid>
        <w:gridCol w:w="10106"/>
      </w:tblGrid>
      <w:tr>
        <w:trPr>
          <w:trHeight w:hRule="atLeast"/>
          <w:tblHeader/>
          <w:cantSplit/>
        </w:trPr>
        <w:tc>
          <w:tcPr>
            <w:tcW w:type="dxa" w:w="10106"/>
            <w:tcMar>
              <w:top w:w="90" w:type="dxa"/>
              <w:start w:w="120" w:type="dxa"/>
              <w:bottom w:w="90" w:type="dxa"/>
              <w:end w:w="120" w:type="dxa"/>
            </w:tcMar>
            <w:vAlign w:val="center"/>
            <w:shd w:fill="166534" w:val="clear"/>
          </w:tcPr>
          <w:p>
            <w:pPr>
              <w:spacing w:before="0" w:after="0" w:line="240" w:lineRule="auto"/>
              <w:jc w:val="left"/>
            </w:pPr>
            <w:r/>
            <w:r>
              <w:rPr>
                <w:rFonts w:ascii="Arial" w:hAnsi="Arial" w:eastAsia="Arial" w:cs="Arial"/>
                <w:b/>
                <w:i w:val="0"/>
                <w:color w:val="FFFFFF"/>
                <w:sz w:val="18"/>
                <w:lang w:val="en-GB" w:eastAsia="en-GB" w:bidi="en-GB"/>
              </w:rPr>
              <w:t>Purpose</w:t>
            </w:r>
          </w:p>
        </w:tc>
      </w:tr>
      <w:tr>
        <w:trPr>
          <w:trHeight w:hRule="atLeast"/>
          <w:cantSplit/>
        </w:trPr>
        <w:tc>
          <w:tcPr>
            <w:tcW w:type="dxa" w:w="10106"/>
            <w:tcMar>
              <w:top w:w="90" w:type="dxa"/>
              <w:start w:w="120" w:type="dxa"/>
              <w:bottom w:w="90" w:type="dxa"/>
              <w:end w:w="120" w:type="dxa"/>
            </w:tcMar>
            <w:vAlign w:val="center"/>
            <w:shd w:fill="ECFDF3" w:val="clear"/>
          </w:tcPr>
          <w:p>
            <w:pPr>
              <w:spacing w:before="0" w:after="0" w:line="252" w:lineRule="auto"/>
              <w:jc w:val="left"/>
            </w:pPr>
            <w:r/>
            <w:r>
              <w:rPr>
                <w:rFonts w:ascii="Arial" w:hAnsi="Arial" w:eastAsia="Arial" w:cs="Arial"/>
                <w:color w:val="102334"/>
                <w:sz w:val="17"/>
                <w:lang w:val="en-GB" w:eastAsia="en-GB" w:bidi="en-GB"/>
              </w:rPr>
              <w:t>Use this form for initial qualification or renewal of a proposed OLYELECTRA supplier or delivery partner. Registration does not constitute approval, representation, exclusivity, certification or a purchase commitment. Review depth is proportionate to technology, role, jurisdiction, project and information sensitivity.</w:t>
            </w:r>
          </w:p>
        </w:tc>
      </w:tr>
    </w:tbl>
    <w:tbl>
      <w:tblPr>
        <w:tblW w:type="dxa" w:w="10106"/>
        <w:jc w:val="center"/>
        <w:tblLayout w:type="fixed"/>
        <w:tblLook w:firstColumn="1" w:firstRow="1" w:lastColumn="0" w:lastRow="0" w:noHBand="0" w:noVBand="1" w:val="04A0"/>
        <w:tblInd w:w="120" w:type="dxa"/>
        <w:tblCaption w:val="Completion guidance"/>
        <w:tblDescription w:val="Complete every applicable field. Cite evidence by document title, issuer, number, revision and date. Mark Not applicable with a reason. Separate estimates from measured or approved information. OLYELECTRA may request cla"/>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en-GB" w:eastAsia="en-GB" w:bidi="en-GB"/>
              </w:rPr>
              <w:t>Completion guidance</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en-GB" w:eastAsia="en-GB" w:bidi="en-GB"/>
              </w:rPr>
              <w:t>Complete every applicable field. Cite evidence by document title, issuer, number, revision and date. Mark Not applicable with a reason. Separate estimates from measured or approved information. OLYELECTRA may request clarification, enhanced due diligence or a secure data-room exchange.</w:t>
            </w:r>
          </w:p>
        </w:tc>
      </w:tr>
    </w:tbl>
    <w:tbl>
      <w:tblPr>
        <w:tblW w:type="dxa" w:w="10106"/>
        <w:jc w:val="center"/>
        <w:tblLayout w:type="fixed"/>
        <w:tblLook w:firstColumn="1" w:firstRow="1" w:lastColumn="0" w:lastRow="0" w:noHBand="0" w:noVBand="1" w:val="04A0"/>
        <w:tblInd w:w="120" w:type="dxa"/>
        <w:tblCaption w:val="Privacy and secure document handling"/>
        <w:tblDescription w:val="Do not send credentials, detailed grid models/settings, critical-infrastructure diagrams, personal identity documents, protected personal data or restricted commercial information by ordinary email or the public website "/>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en-GB" w:eastAsia="en-GB" w:bidi="en-GB"/>
              </w:rPr>
              <w:t>Privacy and secure document handling</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en-GB" w:eastAsia="en-GB" w:bidi="en-GB"/>
              </w:rPr>
              <w:t>Do not send credentials, detailed grid models/settings, critical-infrastructure diagrams, personal identity documents, protected personal data or restricted commercial information by ordinary email or the public website form. Provide document references until an approved secure channel and authorised recipients are confirmed.</w:t>
            </w:r>
          </w:p>
          <w:p>
            <w:pPr>
              <w:spacing w:before="60" w:after="0" w:line="240" w:lineRule="auto"/>
              <w:jc w:val="left"/>
            </w:pPr>
            <w:hyperlink r:id="rId11">
              <w:r>
                <w:rPr>
                  <w:color w:val="166534"/>
                  <w:u w:val="single"/>
                </w:rPr>
                <w:t>Read the OLYVENRA Privacy Notice</w:t>
              </w:r>
            </w:hyperlink>
          </w:p>
        </w:tc>
      </w:tr>
    </w:tbl>
    <w:tbl>
      <w:tblPr>
        <w:tblW w:type="dxa" w:w="10106"/>
        <w:jc w:val="center"/>
        <w:tblLayout w:type="fixed"/>
        <w:tblLook w:firstColumn="1" w:firstRow="1" w:lastColumn="0" w:lastRow="0" w:noHBand="0" w:noVBand="1" w:val="04A0"/>
        <w:tblInd w:w="120" w:type="dxa"/>
        <w:tblCaption w:val="Project authority, safety and evidence boundary"/>
        <w:tblDescription w:val="This form is not an offer, engineering approval, grid approval, permit, product certification, yield or savings guarantee, financing commitment, legal advice or obligation to transact. Technical, safety, environmental, f"/>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left"/>
            </w:pPr>
            <w:r/>
            <w:r>
              <w:rPr>
                <w:rFonts w:ascii="Arial" w:hAnsi="Arial" w:eastAsia="Arial" w:cs="Arial"/>
                <w:b/>
                <w:i w:val="0"/>
                <w:color w:val="FFFFFF"/>
                <w:sz w:val="18"/>
                <w:lang w:val="en-GB" w:eastAsia="en-GB" w:bidi="en-GB"/>
              </w:rPr>
              <w:t>Project authority, safety and evidence boundary</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en-GB" w:eastAsia="en-GB" w:bidi="en-GB"/>
              </w:rPr>
              <w:t>This form is not an offer, engineering approval, grid approval, permit, product certification, yield or savings guarantee, financing commitment, legal advice or obligation to transact. Technical, safety, environmental, financial and regulatory decisions require competent parties and project-specific evidence.</w:t>
            </w:r>
          </w:p>
        </w:tc>
      </w:tr>
    </w:tbl>
    <w:p>
      <w:pPr>
        <w:pStyle w:val="Heading1"/>
        <w:keepNext/>
        <w:spacing w:before="160" w:after="80" w:line="240" w:lineRule="auto"/>
        <w:jc w:val="left"/>
      </w:pPr>
      <w:r>
        <w:rPr>
          <w:rFonts w:ascii="Arial" w:hAnsi="Arial" w:eastAsia="Arial" w:cs="Arial"/>
          <w:b/>
          <w:color w:val="166534"/>
          <w:sz w:val="25"/>
          <w:lang w:val="en-GB" w:eastAsia="en-GB" w:bidi="en-GB"/>
        </w:rPr>
        <w:t>Legal identity, ownership and delivery role</w:t>
      </w:r>
    </w:p>
    <w:tbl>
      <w:tblPr>
        <w:tblW w:type="dxa" w:w="10106"/>
        <w:jc w:val="center"/>
        <w:tblLayout w:type="fixed"/>
        <w:tblLook w:firstColumn="1" w:firstRow="1" w:lastColumn="0" w:lastRow="0" w:noHBand="0" w:noVBand="1" w:val="04A0"/>
        <w:tblInd w:w="120" w:type="dxa"/>
        <w:tblCaption w:val="Legal identity, ownership and delivery role"/>
        <w:tblDescription w:val="Legal identity, ownership and delivery rol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Full legal name, trading name and organisation type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ull legal name, trading name and organisation type"/>
                <w:tag w:val="olyelectra.v2.supplier-registration.en.company.legal_name"/>
                <w:id w:val="162862373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Registration number, country, tax status and registered address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gistration number, country, tax status and registered address"/>
                <w:tag w:val="olyelectra.v2.supplier-registration.en.company.registration"/>
                <w:id w:val="42274835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Corporate website and verifiable public profile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rporate website and verifiable public profile"/>
                <w:tag w:val="olyelectra.v2.supplier-registration.en.company.website"/>
                <w:id w:val="150670207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Authorised contact: name, title, department, email and telephone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uthorised contact: name, title, department, email and telephone"/>
                <w:tag w:val="olyelectra.v2.supplier-registration.en.company.contact"/>
                <w:id w:val="4323597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Ultimate beneficial owners, percentages and government ownership/control</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Ultimate beneficial owners, percentages and government ownership/control"/>
                <w:tag w:val="olyelectra.v2.supplier-registration.en.company.ownership"/>
                <w:id w:val="73433885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Directors, officers, authorised signatories and management responsibility</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irectors, officers, authorised signatories and management responsibility"/>
                <w:tag w:val="olyelectra.v2.supplier-registration.en.company.directors"/>
                <w:id w:val="54137463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Registered, manufacturing, assembly, warehouse and service locations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gistered, manufacturing, assembly, warehouse and service locations"/>
                <w:tag w:val="olyelectra.v2.supplier-registration.en.company.sites"/>
                <w:id w:val="1127417174"/>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166534"/>
          <w:sz w:val="25"/>
          <w:lang w:val="en-GB" w:eastAsia="en-GB" w:bidi="en-GB"/>
        </w:rPr>
        <w:t>Technology scope, manufacturing and supply route</w:t>
      </w:r>
    </w:p>
    <w:tbl>
      <w:tblPr>
        <w:tblW w:type="dxa" w:w="10106"/>
        <w:jc w:val="center"/>
        <w:tblLayout w:type="fixed"/>
        <w:tblLook w:firstColumn="1" w:firstRow="1" w:lastColumn="0" w:lastRow="0" w:noHBand="0" w:noVBand="1" w:val="04A0"/>
        <w:tblInd w:w="120" w:type="dxa"/>
        <w:tblCaption w:val="Technology scope, manufacturing and supply route"/>
        <w:tblDescription w:val="Technology scope, manufacturing and supply rout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OEM, developer, EPC, installer, integrator, distributor, O&amp;M, software or adviser role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OEM, developer, EPC, installer, integrator, distributor, O&amp;M, software or adviser role"/>
                <w:tag w:val="olyelectra.v2.supplier-registration.en.scope.supplier_role"/>
                <w:id w:val="23105839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Authorised territories, channel appointments and restrictions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uthorised territories, channel appointments and restrictions"/>
                <w:tag w:val="olyelectra.v2.supplier-registration.en.scope.territories"/>
                <w:id w:val="168631753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Technology and service families, ratings, applications and exclusions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echnology and service families, ratings, applications and exclusions"/>
                <w:tag w:val="olyelectra.v2.supplier-registration.en.scope.product_scope"/>
                <w:id w:val="200368712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Legal manufacturer, manufacturing site, country of origin and authorised supply route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Legal manufacturer, manufacturing site, country of origin and authorised supply route"/>
                <w:tag w:val="olyelectra.v2.supplier-registration.en.scope.manufacturer"/>
                <w:id w:val="111080821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Manufacturing/assembly process, capacity, critical equipment and outsourcing</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anufacturing/assembly process, capacity, critical equipment and outsourcing"/>
                <w:tag w:val="olyelectra.v2.supplier-registration.en.scope.manufacturing"/>
                <w:id w:val="164367288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Critical subcontractors, OEM dependencies and flow-down controls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ritical subcontractors, OEM dependencies and flow-down controls"/>
                <w:tag w:val="olyelectra.v2.supplier-registration.en.scope.subcontractors"/>
                <w:id w:val="156134077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Country of origin, bill-of-materials visibility and supply-chain concentration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untry of origin, bill-of-materials visibility and supply-chain concentration"/>
                <w:tag w:val="olyelectra.v2.supplier-registration.en.scope.origin"/>
                <w:id w:val="1443773784"/>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166534"/>
          <w:sz w:val="25"/>
          <w:lang w:val="en-GB" w:eastAsia="en-GB" w:bidi="en-GB"/>
        </w:rPr>
        <w:t>Quality, product evidence and configuration control</w:t>
      </w:r>
    </w:p>
    <w:tbl>
      <w:tblPr>
        <w:tblW w:type="dxa" w:w="10106"/>
        <w:jc w:val="center"/>
        <w:tblLayout w:type="fixed"/>
        <w:tblLook w:firstColumn="1" w:firstRow="1" w:lastColumn="0" w:lastRow="0" w:noHBand="0" w:noVBand="1" w:val="04A0"/>
        <w:tblInd w:w="120" w:type="dxa"/>
        <w:tblCaption w:val="Quality, product evidence and configuration control"/>
        <w:tblDescription w:val="Quality, product evidence and configuration control: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Quality-management system scope, certificate, issuing body and site coverage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Quality-management system scope, certificate, issuing body and site coverage"/>
                <w:tag w:val="olyelectra.v2.supplier-registration.en.quality.qms"/>
                <w:id w:val="15581113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Test laboratories, accreditation scope and current report controls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est laboratories, accreditation scope and current report controls"/>
                <w:tag w:val="olyelectra.v2.supplier-registration.en.quality.test_labs"/>
                <w:id w:val="118870783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Product baseline, BOM/software revision, design authority and change notification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duct baseline, BOM/software revision, design authority and change notification"/>
                <w:tag w:val="olyelectra.v2.supplier-registration.en.quality.configuration"/>
                <w:id w:val="160615232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Serial, batch, lot and component genealogy plus record-retention period</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erial, batch, lot and component genealogy plus record-retention period"/>
                <w:tag w:val="olyelectra.v2.supplier-registration.en.quality.traceability"/>
                <w:id w:val="19205602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Nonconformance, concession/deviation, CAPA and customer-notification process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onconformance, concession/deviation, CAPA and customer-notification process"/>
                <w:tag w:val="olyelectra.v2.supplier-registration.en.quality.nonconformance"/>
                <w:id w:val="1288966638"/>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Complaint, safety incident, field action, recall and regulatory-notification process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mplaint, safety incident, field action, recall and regulatory-notification process"/>
                <w:tag w:val="olyelectra.v2.supplier-registration.en.quality.complaints"/>
                <w:id w:val="209968374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Contract-, jurisdiction- and product-specific standards/codes and required editions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tract-, jurisdiction- and product-specific standards/codes and required editions"/>
                <w:tag w:val="olyelectra.v2.supplier-registration.en.quality.standards"/>
                <w:id w:val="87705243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Current type, safety, performance, environmental and conformity reports/certificates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urrent type, safety, performance, environmental and conformity reports/certificates"/>
                <w:tag w:val="olyelectra.v2.supplier-registration.en.quality.reports"/>
                <w:id w:val="104413106"/>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166534"/>
          <w:sz w:val="25"/>
          <w:lang w:val="en-GB" w:eastAsia="en-GB" w:bidi="en-GB"/>
        </w:rPr>
        <w:t>Performance, warranty and project reference evidence</w:t>
      </w:r>
    </w:p>
    <w:tbl>
      <w:tblPr>
        <w:tblW w:type="dxa" w:w="10106"/>
        <w:jc w:val="center"/>
        <w:tblLayout w:type="fixed"/>
        <w:tblLook w:firstColumn="1" w:firstRow="1" w:lastColumn="0" w:lastRow="0" w:noHBand="0" w:noVBand="1" w:val="04A0"/>
        <w:tblInd w:w="120" w:type="dxa"/>
        <w:tblCaption w:val="Performance, warranty and project reference evidence"/>
        <w:tblDescription w:val="Performance, warranty and project reference evidenc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Rated and warranted performance, test conditions and tolerance basis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ated and warranted performance, test conditions and tolerance basis"/>
                <w:tag w:val="olyelectra.v2.supplier-registration.en.performance.performance_data"/>
                <w:id w:val="162758633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Degradation, availability, throughput/cycle and augmentation assumptions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egradation, availability, throughput/cycle and augmentation assumptions"/>
                <w:tag w:val="olyelectra.v2.supplier-registration.en.performance.degradation"/>
                <w:id w:val="6091265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Warranty period, trigger, exclusions, remedy, security and claims administration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Warranty period, trigger, exclusions, remedy, security and claims administration"/>
                <w:tag w:val="olyelectra.v2.supplier-registration.en.performance.warranty_terms"/>
                <w:id w:val="93843294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Comparable operating references with model, capacity, site and operation date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mparable operating references with model, capacity, site and operation date"/>
                <w:tag w:val="olyelectra.v2.supplier-registration.en.performance.reference_projects"/>
                <w:id w:val="15999215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Service locations, staffing, competence, spares and escalation route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ervice locations, staffing, competence, spares and escalation route"/>
                <w:tag w:val="olyelectra.v2.supplier-registration.en.performance.service_network"/>
                <w:id w:val="200963479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Financial standing, insurance, parent support and lender/independent-engineer experience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inancial standing, insurance, parent support and lender/independent-engineer experience"/>
                <w:tag w:val="olyelectra.v2.supplier-registration.en.performance.bankability"/>
                <w:id w:val="99904103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Local service, spares, escalation, remote support and response-time capability</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Local service, spares, escalation, remote support and response-time capability"/>
                <w:tag w:val="olyelectra.v2.supplier-registration.en.performance.support"/>
                <w:id w:val="1935883794"/>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166534"/>
          <w:sz w:val="25"/>
          <w:lang w:val="en-GB" w:eastAsia="en-GB" w:bidi="en-GB"/>
        </w:rPr>
        <w:t>Responsible sourcing, sustainability and lifecycle controls</w:t>
      </w:r>
    </w:p>
    <w:tbl>
      <w:tblPr>
        <w:tblW w:type="dxa" w:w="10106"/>
        <w:jc w:val="center"/>
        <w:tblLayout w:type="fixed"/>
        <w:tblLook w:firstColumn="1" w:firstRow="1" w:lastColumn="0" w:lastRow="0" w:noHBand="0" w:noVBand="1" w:val="04A0"/>
        <w:tblInd w:w="120" w:type="dxa"/>
        <w:tblCaption w:val="Responsible sourcing, sustainability and lifecycle controls"/>
        <w:tblDescription w:val="Responsible sourcing, sustainability and lifecycle controls: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Battery/critical-mineral due diligence, chain of custody and risk-management approach</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attery/critical-mineral due diligence, chain of custody and risk-management approach"/>
                <w:tag w:val="olyelectra.v2.supplier-registration.en.responsibility.minerals"/>
                <w:id w:val="173083482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Product carbon-footprint, EPD/LCA or other environmental evidence and methodology</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duct carbon-footprint, EPD/LCA or other environmental evidence and methodology"/>
                <w:tag w:val="olyelectra.v2.supplier-registration.en.responsibility.carbon"/>
                <w:id w:val="49711272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Producer responsibility, take-back, recycling and waste-partner controls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ducer responsibility, take-back, recycling and waste-partner controls"/>
                <w:tag w:val="olyelectra.v2.supplier-registration.en.responsibility.waste"/>
                <w:id w:val="197548018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Product and workplace safety management, incident history and emergency support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duct and workplace safety management, incident history and emergency support"/>
                <w:tag w:val="olyelectra.v2.supplier-registration.en.responsibility.health_safety"/>
                <w:id w:val="736814466"/>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Labour standards, forced/child labour, worker welfare and grievance controls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Labour standards, forced/child labour, worker welfare and grievance controls"/>
                <w:tag w:val="olyelectra.v2.supplier-registration.en.responsibility.labour"/>
                <w:id w:val="118414231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Human-rights due diligence, grievance, remediation and escalation process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Human-rights due diligence, grievance, remediation and escalation process"/>
                <w:tag w:val="olyelectra.v2.supplier-registration.en.responsibility.human_rights"/>
                <w:id w:val="194894093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Critical supply-chain map, countries, single sources and resilience measures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ritical supply-chain map, countries, single sources and resilience measures"/>
                <w:tag w:val="olyelectra.v2.supplier-registration.en.responsibility.supply_chain_map"/>
                <w:id w:val="189261275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Take-back, recycling, waste classification, producer responsibility and decommissioning plan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ake-back, recycling, waste classification, producer responsibility and decommissioning plan"/>
                <w:tag w:val="olyelectra.v2.supplier-registration.en.responsibility.circularity"/>
                <w:id w:val="1231257461"/>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166534"/>
          <w:sz w:val="25"/>
          <w:lang w:val="en-GB" w:eastAsia="en-GB" w:bidi="en-GB"/>
        </w:rPr>
        <w:t>Integrity, sanctions, financial standing and information security</w:t>
      </w:r>
    </w:p>
    <w:tbl>
      <w:tblPr>
        <w:tblW w:type="dxa" w:w="10106"/>
        <w:jc w:val="center"/>
        <w:tblLayout w:type="fixed"/>
        <w:tblLook w:firstColumn="1" w:firstRow="1" w:lastColumn="0" w:lastRow="0" w:noHBand="0" w:noVBand="1" w:val="04A0"/>
        <w:tblInd w:w="120" w:type="dxa"/>
        <w:tblCaption w:val="Integrity, sanctions, financial standing and information security"/>
        <w:tblDescription w:val="Integrity, sanctions, financial standing and information security: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Sanctions, debarment, restricted-party and export/import compliance controls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anctions, debarment, restricted-party and export/import compliance controls"/>
                <w:tag w:val="olyelectra.v2.supplier-registration.en.integrity.sanctions"/>
                <w:id w:val="103047255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Anti-bribery, gifts, facilitation payments and third-party controls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nti-bribery, gifts, facilitation payments and third-party controls"/>
                <w:tag w:val="olyelectra.v2.supplier-registration.en.integrity.anti_bribery"/>
                <w:id w:val="49791014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Agents, brokers, commissions, success fees and payment recipients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gents, brokers, commissions, success fees and payment recipients"/>
                <w:tag w:val="olyelectra.v2.supplier-registration.en.integrity.fees"/>
                <w:id w:val="101491488"/>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Actual or potential conflicts, public-official and related-party relationships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ctual or potential conflicts, public-official and related-party relationships"/>
                <w:tag w:val="olyelectra.v2.supplier-registration.en.integrity.conflicts"/>
                <w:id w:val="46652368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Financial standing, insolvency, going-concern and material credit matters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inancial standing, insolvency, going-concern and material credit matters"/>
                <w:tag w:val="olyelectra.v2.supplier-registration.en.integrity.financial"/>
                <w:id w:val="192617185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Material litigation, investigations, enforcement, debarment and adverse media</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aterial litigation, investigations, enforcement, debarment and adverse media"/>
                <w:tag w:val="olyelectra.v2.supplier-registration.en.integrity.adverse_media"/>
                <w:id w:val="29464132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Information-security framework, incidents and critical-infrastructure data controls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nformation-security framework, incidents and critical-infrastructure data controls"/>
                <w:tag w:val="olyelectra.v2.supplier-registration.en.integrity.information_security"/>
                <w:id w:val="22516130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Data ownership, hosting countries, privacy, retention and secure transfer requirements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ata ownership, hosting countries, privacy, retention and secure transfer requirements"/>
                <w:tag w:val="olyelectra.v2.supplier-registration.en.integrity.data"/>
                <w:id w:val="1885779909"/>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166534"/>
          <w:sz w:val="25"/>
          <w:lang w:val="en-GB" w:eastAsia="en-GB" w:bidi="en-GB"/>
        </w:rPr>
        <w:t>Supporting evidence checklist</w:t>
      </w:r>
    </w:p>
    <w:tbl>
      <w:tblPr>
        <w:tblW w:type="dxa" w:w="10106"/>
        <w:jc w:val="center"/>
        <w:tblLayout w:type="fixed"/>
        <w:tblLook w:firstColumn="1" w:firstRow="1" w:lastColumn="0" w:lastRow="0" w:noHBand="0" w:noVBand="1" w:val="04A0"/>
        <w:tblInd w:w="120" w:type="dxa"/>
        <w:tblCaption w:val="Supporting evidence checklist"/>
        <w:tblDescription w:val="Supporting evidence checklist: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Registration, tax, registered-address and authorised-signatory evidence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gistration, tax, registered-address and authorised-signatory evidence"/>
                <w:tag w:val="olyelectra.v2.supplier-registration.en.evidence.registration_evidence"/>
                <w:id w:val="173230955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Ownership chart and beneficial-owner identity evidence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Ownership chart and beneficial-owner identity evidence"/>
                <w:tag w:val="olyelectra.v2.supplier-registration.en.evidence.ownership_evidence"/>
                <w:id w:val="102478185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Certificates, audit summaries, test reports and product conformity evidence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ertificates, audit summaries, test reports and product conformity evidence"/>
                <w:tag w:val="olyelectra.v2.supplier-registration.en.evidence.quality_evidence"/>
                <w:id w:val="88606481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Reference list, acceptance evidence, warranty/claim history and performance records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ference list, acceptance evidence, warranty/claim history and performance records"/>
                <w:tag w:val="olyelectra.v2.supplier-registration.en.evidence.project_evidence"/>
                <w:id w:val="196724318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Integrity, sanctions, labour, sustainability, sourcing, HSE and cyber policies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ntegrity, sanctions, labour, sustainability, sourcing, HSE and cyber policies"/>
                <w:tag w:val="olyelectra.v2.supplier-registration.en.evidence.policy_evidence"/>
                <w:id w:val="185329601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Current insurance certificates and material limitations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urrent insurance certificates and material limitations"/>
                <w:tag w:val="olyelectra.v2.supplier-registration.en.evidence.insurance_evidence"/>
                <w:id w:val="199725879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Comparable operating project references, country, capacity, age and customer contact route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mparable operating project references, country, capacity, age and customer contact route"/>
                <w:tag w:val="olyelectra.v2.supplier-registration.en.evidence.references"/>
                <w:id w:val="73431929"/>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166534"/>
          <w:sz w:val="25"/>
          <w:lang w:val="en-GB" w:eastAsia="en-GB" w:bidi="en-GB"/>
        </w:rPr>
        <w:t>Declaration and authorised sign-off</w:t>
      </w:r>
    </w:p>
    <w:tbl>
      <w:tblPr>
        <w:tblW w:type="dxa" w:w="10106"/>
        <w:jc w:val="center"/>
        <w:tblLayout w:type="fixed"/>
        <w:tblLook w:firstColumn="1" w:firstRow="1" w:lastColumn="0" w:lastRow="0" w:noHBand="0" w:noVBand="1" w:val="04A0"/>
        <w:tblInd w:w="120" w:type="dxa"/>
        <w:tblCaption w:val="Declaration and authorised sign-off"/>
        <w:tblDescription w:val="I confirm that the information supplied is complete and accurate to the best of my knowledge, that I am authorised to submit it, and that the organisation will promptly disclose material changes. I understand that submis"/>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keepNext/>
              <w:spacing w:before="0" w:after="0" w:line="240" w:lineRule="auto"/>
              <w:jc w:val="left"/>
            </w:pPr>
            <w:r/>
            <w:r>
              <w:rPr>
                <w:rFonts w:ascii="Arial" w:hAnsi="Arial" w:eastAsia="Arial" w:cs="Arial"/>
                <w:b/>
                <w:i w:val="0"/>
                <w:color w:val="FFFFFF"/>
                <w:sz w:val="18"/>
                <w:lang w:val="en-GB" w:eastAsia="en-GB" w:bidi="en-GB"/>
              </w:rPr>
              <w:t>Declaration and authorised sign-off</w:t>
            </w:r>
          </w:p>
        </w:tc>
      </w:tr>
      <w:tr>
        <w:trPr>
          <w:trHeight w:hRule="atLeast"/>
          <w:cantSplit/>
        </w:trPr>
        <w:tc>
          <w:tcPr>
            <w:tcW w:type="dxa" w:w="10106"/>
            <w:tcMar>
              <w:top w:w="90" w:type="dxa"/>
              <w:start w:w="120" w:type="dxa"/>
              <w:bottom w:w="90" w:type="dxa"/>
              <w:end w:w="120" w:type="dxa"/>
            </w:tcMar>
            <w:vAlign w:val="center"/>
            <w:shd w:fill="ECFDF3" w:val="clear"/>
          </w:tcPr>
          <w:p>
            <w:pPr>
              <w:keepNext/>
              <w:spacing w:before="0" w:after="0" w:line="252" w:lineRule="auto"/>
              <w:jc w:val="left"/>
            </w:pPr>
            <w:r/>
            <w:r>
              <w:rPr>
                <w:rFonts w:ascii="Arial" w:hAnsi="Arial" w:eastAsia="Arial" w:cs="Arial"/>
                <w:color w:val="102334"/>
                <w:sz w:val="17"/>
                <w:lang w:val="en-GB" w:eastAsia="en-GB" w:bidi="en-GB"/>
              </w:rPr>
              <w:t>I confirm that the information supplied is complete and accurate to the best of my knowledge, that I am authorised to submit it, and that the organisation will promptly disclose material changes. I understand that submission does not create approval, appointment, confidentiality, availability, exclusivity, certification, project feasibility or an obligation to transact.</w:t>
            </w:r>
          </w:p>
        </w:tc>
      </w:tr>
    </w:tbl>
    <w:tbl>
      <w:tblPr>
        <w:tblW w:type="dxa" w:w="10106"/>
        <w:jc w:val="center"/>
        <w:tblLayout w:type="fixed"/>
        <w:tblLook w:firstColumn="1" w:firstRow="1" w:lastColumn="0" w:lastRow="0" w:noHBand="0" w:noVBand="1" w:val="04A0"/>
        <w:tblInd w:w="120" w:type="dxa"/>
        <w:tblCaption w:val="Declaration and authorised sign-off"/>
        <w:tblDescription w:val="Declaration and authorised sign-off: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Authorised declarant: full name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uthorised declarant: full name"/>
                <w:tag w:val="olyelectra.v2.supplier-registration.en.declaration.declaration_name"/>
                <w:id w:val="160829681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Position and organisation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osition and organisation"/>
                <w:tag w:val="olyelectra.v2.supplier-registration.en.declaration.declaration_title"/>
                <w:id w:val="686231928"/>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Basis of authority to submit this form</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asis of authority to submit this form"/>
                <w:tag w:val="olyelectra.v2.supplier-registration.en.declaration.declaration_basis"/>
                <w:id w:val="138236453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Signature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ignature"/>
                <w:tag w:val="olyelectra.v2.supplier-registration.en.declaration.signature"/>
                <w:id w:val="152217499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Date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ate"/>
                <w:tag w:val="olyelectra.v2.supplier-registration.en.declaration.date"/>
                <w:id w:val="567374594"/>
                <w:text w:multiLine="1"/>
                <w:showingPlcHdr/>
              </w:sdtPr>
              <w:sdtContent>
                <w:r>
                  <w:rPr>
                    <w:color w:val="667985"/>
                    <w:i/>
                    <w:sz w:val="18"/>
                    <w:lang w:val="en-GB" w:eastAsia="en-GB" w:bidi="en-GB"/>
                  </w:rPr>
                  <w:t xml:space="preserve">Click or tap to enter a response. State Not applicable where relevant.</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left"/>
          </w:pPr>
          <w:r/>
          <w:r>
            <w:rPr>
              <w:rFonts w:ascii="Arial" w:hAnsi="Arial" w:eastAsia="Arial" w:cs="Arial"/>
              <w:b/>
              <w:i w:val="0"/>
              <w:color w:val="051C2B"/>
              <w:sz w:val="15"/>
              <w:lang w:val="en-GB" w:eastAsia="en-GB" w:bidi="en-GB"/>
            </w:rPr>
            <w:t>OLYE-FRM-ESR-001 · V2.0</w:t>
          </w:r>
        </w:p>
      </w:tc>
      <w:tc>
        <w:tcPr>
          <w:tcW w:type="dxa" w:w="4050"/>
          <w:tcMar>
            <w:top w:w="55" w:type="dxa"/>
            <w:start w:w="90" w:type="dxa"/>
            <w:bottom w:w="55" w:type="dxa"/>
            <w:end w:w="90" w:type="dxa"/>
          </w:tcMar>
          <w:vAlign w:val="center"/>
          <w:shd w:fill="F3F6F8" w:val="clear"/>
        </w:tcPr>
        <w:p>
          <w:pPr>
            <w:spacing w:before="0" w:after="0" w:line="240" w:lineRule="auto"/>
            <w:jc w:val="center"/>
          </w:pPr>
          <w:r/>
          <w:r>
            <w:rPr>
              <w:rFonts w:ascii="Arial" w:hAnsi="Arial" w:eastAsia="Arial" w:cs="Arial"/>
              <w:b w:val="0"/>
              <w:i w:val="0"/>
              <w:color w:val="526577"/>
              <w:sz w:val="14"/>
              <w:lang w:val="en-GB" w:eastAsia="en-GB" w:bidi="en-GB"/>
            </w:rPr>
            <w:t>Controlled business form when viewed electronically</w:t>
          </w:r>
        </w:p>
      </w:tc>
      <w:tc>
        <w:tcPr>
          <w:tcW w:type="dxa" w:w="2706"/>
          <w:tcMar>
            <w:top w:w="55" w:type="dxa"/>
            <w:start w:w="90" w:type="dxa"/>
            <w:bottom w:w="55" w:type="dxa"/>
            <w:end w:w="90" w:type="dxa"/>
          </w:tcMar>
          <w:vAlign w:val="center"/>
          <w:shd w:fill="F3F6F8" w:val="clear"/>
        </w:tcPr>
        <w:p>
          <w:pPr>
            <w:spacing w:before="0" w:after="0" w:line="247" w:lineRule="auto"/>
            <w:jc w:val="right"/>
          </w:pPr>
          <w:r>
            <w:rPr>
              <w:rFonts w:ascii="Arial" w:hAnsi="Arial" w:eastAsia="Arial" w:cs="Arial"/>
              <w:b/>
              <w:color w:val="051C2B"/>
              <w:sz w:val="15"/>
              <w:lang w:val="en-GB" w:eastAsia="en-GB" w:bidi="en-GB"/>
            </w:rPr>
            <w:t xml:space="preserve">Page </w:t>
          </w:r>
          <w:r>
            <w:rPr>
              <w:rFonts w:ascii="Arial" w:hAnsi="Arial" w:eastAsia="Arial" w:cs="Arial"/>
              <w:color w:val="526577"/>
              <w:sz w:val="16"/>
              <w:lang w:val="en-GB" w:eastAsia="en-GB" w:bidi="en-GB"/>
            </w:rPr>
            <w:fldChar w:fldCharType="begin"/>
          </w:r>
          <w:r>
            <w:rPr>
              <w:rFonts w:ascii="Arial" w:hAnsi="Arial" w:eastAsia="Arial" w:cs="Arial"/>
              <w:color w:val="526577"/>
              <w:sz w:val="16"/>
              <w:lang w:val="en-GB" w:eastAsia="en-GB" w:bidi="en-GB"/>
            </w:rPr>
            <w:instrText xml:space="preserve">PAGE</w:instrText>
          </w:r>
          <w:r>
            <w:rPr>
              <w:rFonts w:ascii="Arial" w:hAnsi="Arial" w:eastAsia="Arial" w:cs="Arial"/>
              <w:color w:val="526577"/>
              <w:sz w:val="16"/>
              <w:lang w:val="en-GB" w:eastAsia="en-GB" w:bidi="en-GB"/>
            </w:rPr>
            <w:fldChar w:fldCharType="separate"/>
          </w:r>
          <w:r>
            <w:rPr>
              <w:rFonts w:ascii="Arial" w:hAnsi="Arial" w:eastAsia="Arial" w:cs="Arial"/>
              <w:color w:val="526577"/>
              <w:sz w:val="16"/>
              <w:lang w:val="en-GB" w:eastAsia="en-GB" w:bidi="en-GB"/>
            </w:rPr>
            <w:instrText xml:space="preserve">1</w:instrText>
          </w:r>
          <w:r>
            <w:rPr>
              <w:rFonts w:ascii="Arial" w:hAnsi="Arial" w:eastAsia="Arial" w:cs="Arial"/>
              <w:color w:val="526577"/>
              <w:sz w:val="16"/>
              <w:lang w:val="en-GB" w:eastAsia="en-GB" w:bidi="en-GB"/>
            </w:rPr>
            <w:fldChar w:fldCharType="end"/>
          </w:r>
          <w:r>
            <w:rPr>
              <w:rFonts w:ascii="Arial" w:hAnsi="Arial" w:eastAsia="Arial" w:cs="Arial"/>
              <w:color w:val="526577"/>
              <w:sz w:val="15"/>
              <w:lang w:val="en-GB" w:eastAsia="en-GB" w:bidi="en-GB"/>
            </w:rPr>
            <w:t xml:space="preserve"> / </w:t>
          </w:r>
          <w:r>
            <w:rPr>
              <w:rFonts w:ascii="Arial" w:hAnsi="Arial" w:eastAsia="Arial" w:cs="Arial"/>
              <w:color w:val="526577"/>
              <w:sz w:val="16"/>
              <w:lang w:val="en-GB" w:eastAsia="en-GB" w:bidi="en-GB"/>
            </w:rPr>
            <w:fldChar w:fldCharType="begin"/>
          </w:r>
          <w:r>
            <w:rPr>
              <w:rFonts w:ascii="Arial" w:hAnsi="Arial" w:eastAsia="Arial" w:cs="Arial"/>
              <w:color w:val="526577"/>
              <w:sz w:val="16"/>
              <w:lang w:val="en-GB" w:eastAsia="en-GB" w:bidi="en-GB"/>
            </w:rPr>
            <w:instrText xml:space="preserve">NUMPAGES</w:instrText>
          </w:r>
          <w:r>
            <w:rPr>
              <w:rFonts w:ascii="Arial" w:hAnsi="Arial" w:eastAsia="Arial" w:cs="Arial"/>
              <w:color w:val="526577"/>
              <w:sz w:val="16"/>
              <w:lang w:val="en-GB" w:eastAsia="en-GB" w:bidi="en-GB"/>
            </w:rPr>
            <w:fldChar w:fldCharType="separate"/>
          </w:r>
          <w:r>
            <w:rPr>
              <w:rFonts w:ascii="Arial" w:hAnsi="Arial" w:eastAsia="Arial" w:cs="Arial"/>
              <w:color w:val="526577"/>
              <w:sz w:val="16"/>
              <w:lang w:val="en-GB" w:eastAsia="en-GB" w:bidi="en-GB"/>
            </w:rPr>
            <w:instrText xml:space="preserve">1</w:instrText>
          </w:r>
          <w:r>
            <w:rPr>
              <w:rFonts w:ascii="Arial" w:hAnsi="Arial" w:eastAsia="Arial" w:cs="Arial"/>
              <w:color w:val="526577"/>
              <w:sz w:val="16"/>
              <w:lang w:val="en-GB" w:eastAsia="en-GB" w:bidi="en-GB"/>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ELECTRA document header"/>
      <w:tblDescription w:val="OLYELECTRA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pPr>
          <w:r>
            <w:drawing>
              <wp:inline xmlns:a="http://schemas.openxmlformats.org/drawingml/2006/main" xmlns:pic="http://schemas.openxmlformats.org/drawingml/2006/picture">
                <wp:extent cx="2057400" cy="411480"/>
                <wp:docPr id="1" name="OLYELECTRA wordmark" descr="OLYELECTRA wordmark"/>
                <wp:cNvGraphicFramePr>
                  <a:graphicFrameLocks noChangeAspect="1"/>
                </wp:cNvGraphicFramePr>
                <a:graphic>
                  <a:graphicData uri="http://schemas.openxmlformats.org/drawingml/2006/picture">
                    <pic:pic>
                      <pic:nvPicPr>
                        <pic:cNvPr id="0" name="olyelectra-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right"/>
          </w:pPr>
          <w:r>
            <w:rPr>
              <w:rFonts w:ascii="Arial" w:hAnsi="Arial" w:eastAsia="Arial" w:cs="Arial"/>
              <w:b/>
              <w:color w:val="FFFFFF"/>
              <w:sz w:val="16"/>
              <w:lang w:val="en-GB" w:eastAsia="en-GB" w:bidi="en-GB"/>
            </w:rPr>
            <w:t>RENEWABLE ENERGY, STORAGE &amp; ELECTRIFICATION</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GB" w:eastAsia="en-GB" w:bidi="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166534"/>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en&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Supplier &amp; Partner Registration Form</dc:title>
  <dc:subject>Risk-based qualification of OEMs, EPCs, developers, integrators and service organisations</dc:subject>
  <dc:creator/>
  <cp:keywords>OLYELECTRA, renewable energy, energy storage, grid, due diligence, document control</cp:keywords>
  <dc:description>Controlled OLYELECTRA form OLYE-FRM-ESR-001 V2.0.</dc:description>
  <cp:lastModifiedBy/>
  <cp:revision>1</cp:revision>
  <dcterms:created xsi:type="dcterms:W3CDTF">2013-12-23T23:15:00Z</dcterms:created>
  <dcterms:modified xsi:type="dcterms:W3CDTF">2013-12-23T23:15:00Z</dcterms:modified>
  <cp:category/>
</cp:coreProperties>
</file>