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NDA &amp; Project Information Request Form</w:t>
      </w:r>
    </w:p>
    <w:p>
      <w:pPr>
        <w:pStyle w:val="Subtitle"/>
        <w:spacing w:before="0" w:after="140" w:line="240" w:lineRule="auto"/>
        <w:jc w:val="left"/>
      </w:pPr>
      <w:r>
        <w:rPr>
          <w:rFonts w:ascii="Arial" w:hAnsi="Arial" w:eastAsia="Arial" w:cs="Arial"/>
          <w:color w:val="526577"/>
          <w:sz w:val="19"/>
          <w:lang w:val="en-GB" w:eastAsia="en-GB" w:bidi="en-GB"/>
        </w:rPr>
        <w:t>Secure scoping of confidential energy-project and critical-infrastructure information</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OLYE-FRM-NDA-001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2.0 / 2 August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request to define the parties, purpose, project information categories, recipients, countries, systems, retention and other controls before confidential information is exchanged. Submission does not create an ND"/>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en-GB" w:eastAsia="en-GB" w:bidi="en-GB"/>
              </w:rPr>
              <w:t>Use this request to define the parties, purpose, project information categories, recipients, countries, systems, retention and other controls before confidential information is exchanged. Submission does not create an NDA or authorise disclosure.</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Cite evidence by document title, issuer, number, revision and date. Mark Not applicable with a reason. Separate estimates from measured or approved information. OLYELECTRA may request cl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Cite evidence by document title, issuer, number, revision and date. Mark Not applicable with a reason. Separate estimates from measured or approved information. OLYELECTRA may request clarification, enhanced due diligence or a secure data-room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redentials, detailed grid models/settings, critical-infrastructure diagrams, personal identity documents, protected personal data or restricted commercial information by ordinary email or the public website "/>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credentials, detailed grid models/settings, critical-infrastructure diagrams, personal identity documents, protected personal data or restricted commercial information by ordinary email or the public website form. Provide document references until an approved secure channel and authorised recipients are confirmed.</w:t>
            </w:r>
          </w:p>
          <w:p>
            <w:pPr>
              <w:spacing w:before="60" w:after="0" w:line="240" w:lineRule="auto"/>
              <w:jc w:val="left"/>
            </w:pPr>
            <w:hyperlink r:id="rId11">
              <w:r>
                <w:rPr>
                  <w:color w:val="166534"/>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Project authority, safety and evidence boundary"/>
        <w:tblDescription w:val="This form is not an offer, engineering approval, grid approval, permit, product certification, yield or savings guarantee, financing commitment, legal advice or obligation to transact. Technical, safety, environmental, f"/>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Project authority, safety and evidence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engineering approval, grid approval, permit, product certification, yield or savings guarantee, financing commitment, legal advice or obligation to transact. Technical, safety, environmental, financial and regulatory decisions require competent parties and project-specific evidence.</w:t>
            </w:r>
          </w:p>
        </w:tc>
      </w:tr>
    </w:tbl>
    <w:p>
      <w:pPr>
        <w:pStyle w:val="Heading1"/>
        <w:keepNext/>
        <w:spacing w:before="160" w:after="80" w:line="240" w:lineRule="auto"/>
        <w:jc w:val="left"/>
      </w:pPr>
      <w:r>
        <w:rPr>
          <w:rFonts w:ascii="Arial" w:hAnsi="Arial" w:eastAsia="Arial" w:cs="Arial"/>
          <w:b/>
          <w:color w:val="166534"/>
          <w:sz w:val="25"/>
          <w:lang w:val="en-GB" w:eastAsia="en-GB" w:bidi="en-GB"/>
        </w:rPr>
        <w:t>Parties, authority and confidential purpose</w:t>
      </w:r>
    </w:p>
    <w:tbl>
      <w:tblPr>
        <w:tblW w:type="dxa" w:w="10106"/>
        <w:jc w:val="center"/>
        <w:tblLayout w:type="fixed"/>
        <w:tblLook w:firstColumn="1" w:firstRow="1" w:lastColumn="0" w:lastRow="0" w:noHBand="0" w:noVBand="1" w:val="04A0"/>
        <w:tblInd w:w="120" w:type="dxa"/>
        <w:tblCaption w:val="Parties, authority and confidential purpose"/>
        <w:tblDescription w:val="Parties, authority and confidential purpos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legal parties and authorised signatories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legal parties and authorised signatories"/>
                <w:tag w:val="olyelectra.v2.nda-request.en.nda_parties.nda_entities"/>
                <w:id w:val="13251718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tax status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tax status and registered address"/>
                <w:tag w:val="olyelectra.v2.nda-request.en.nda_parties.registration"/>
                <w:id w:val="52324821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electra.v2.nda-request.en.nda_parties.contact"/>
                <w:id w:val="132888811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represent the organisation and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represent the organisation and submit this form"/>
                <w:tag w:val="olyelectra.v2.nda-request.en.nda_parties.authority_basis"/>
                <w:id w:val="8860569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Specific permitted purpose and project/opportunity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ecific permitted purpose and project/opportunity reference"/>
                <w:tag w:val="olyelectra.v2.nda-request.en.nda_parties.confidential_purpose"/>
                <w:id w:val="7143583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Project or portfolio name and internal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or portfolio name and internal reference"/>
                <w:tag w:val="olyelectra.v2.nda-request.en.nda_parties.project_name"/>
                <w:id w:val="7071141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Countries of access, transfer, processing and storage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ies of access, transfer, processing and storage"/>
                <w:tag w:val="olyelectra.v2.nda-request.en.nda_parties.countries"/>
                <w:id w:val="192035079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Named or role-defined need-to-know recipients and advisers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amed or role-defined need-to-know recipients and advisers"/>
                <w:tag w:val="olyelectra.v2.nda-request.en.nda_parties.recipients"/>
                <w:id w:val="1668707778"/>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Project information categories and access locations</w:t>
      </w:r>
    </w:p>
    <w:tbl>
      <w:tblPr>
        <w:tblW w:type="dxa" w:w="10106"/>
        <w:jc w:val="center"/>
        <w:tblLayout w:type="fixed"/>
        <w:tblLook w:firstColumn="1" w:firstRow="1" w:lastColumn="0" w:lastRow="0" w:noHBand="0" w:noVBand="1" w:val="04A0"/>
        <w:tblInd w:w="120" w:type="dxa"/>
        <w:tblCaption w:val="Project information categories and access locations"/>
        <w:tblDescription w:val="Project information categories and access location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Commercial, site, resource, load, grid, design, product, software, finance or other categories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mercial, site, resource, load, grid, design, product, software, finance or other categories"/>
                <w:tag w:val="olyelectra.v2.nda-request.en.info_scope.information_categories"/>
                <w:id w:val="3022463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Critical-infrastructure diagrams, models, settings or security-sensitive grid information involved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infrastructure diagrams, models, settings or security-sensitive grid information involved"/>
                <w:tag w:val="olyelectra.v2.nda-request.en.info_scope.grid_sensitive"/>
                <w:id w:val="198036233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Third-party confidential information and authority to disclose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hird-party confidential information and authority to disclose"/>
                <w:tag w:val="olyelectra.v2.nda-request.en.info_scope.third_party_data"/>
                <w:id w:val="49661065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Personal data involved and applicable privacy constraints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sonal data involved and applicable privacy constraints"/>
                <w:tag w:val="olyelectra.v2.nda-request.en.info_scope.personal_data"/>
                <w:id w:val="36245103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Data ownership, hosting countries, privacy, retention and secure transfer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a ownership, hosting countries, privacy, retention and secure transfer requirements"/>
                <w:tag w:val="olyelectra.v2.nda-request.en.info_scope.data"/>
                <w:id w:val="1859435133"/>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Requested confidentiality and secure-handling controls</w:t>
      </w:r>
    </w:p>
    <w:tbl>
      <w:tblPr>
        <w:tblW w:type="dxa" w:w="10106"/>
        <w:jc w:val="center"/>
        <w:tblLayout w:type="fixed"/>
        <w:tblLook w:firstColumn="1" w:firstRow="1" w:lastColumn="0" w:lastRow="0" w:noHBand="0" w:noVBand="1" w:val="04A0"/>
        <w:tblInd w:w="120" w:type="dxa"/>
        <w:tblCaption w:val="Requested confidentiality and secure-handling controls"/>
        <w:tblDescription w:val="Requested confidentiality and secure-handling control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Unilateral or mutual NDA and proposed template owner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nilateral or mutual NDA and proposed template owner"/>
                <w:tag w:val="olyelectra.v2.nda-request.en.terms.nda_type"/>
                <w:id w:val="112430077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Requested confidentiality and survival periods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confidentiality and survival periods"/>
                <w:tag w:val="olyelectra.v2.nda-request.en.terms.confidentiality_period"/>
                <w:id w:val="166377761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Need-to-know, clean-team, no-copy, no-download or other access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eed-to-know, clean-team, no-copy, no-download or other access controls"/>
                <w:tag w:val="olyelectra.v2.nda-request.en.terms.access_controls"/>
                <w:id w:val="26873166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Approved secure transfer/data-room system, administrator and authentication method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roved secure transfer/data-room system, administrator and authentication method"/>
                <w:tag w:val="olyelectra.v2.nda-request.en.terms.secure_channel"/>
                <w:id w:val="39456658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Affiliate, adviser, laboratory, financier or subcontractor disclosure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ffiliate, adviser, laboratory, financier or subcontractor disclosure controls"/>
                <w:tag w:val="olyelectra.v2.nda-request.en.terms.onward_disclosure"/>
                <w:id w:val="176963493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Retention, return, deletion and certified-destruction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ention, return, deletion and certified-destruction requirements"/>
                <w:tag w:val="olyelectra.v2.nda-request.en.terms.retention"/>
                <w:id w:val="95556300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Requested governing law, jurisdiction and dispute forum for legal review</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governing law, jurisdiction and dispute forum for legal review"/>
                <w:tag w:val="olyelectra.v2.nda-request.en.terms.law"/>
                <w:id w:val="113347431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Existing confidentiality terms, conflicts, exclusions or prior disclosures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sting confidentiality terms, conflicts, exclusions or prior disclosures"/>
                <w:tag w:val="olyelectra.v2.nda-request.en.terms.existing_terms"/>
                <w:id w:val="52628994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certification, project feasibility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electra.v2.nda-request.en.declaration.declaration_name"/>
                <w:id w:val="104856224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electra.v2.nda-request.en.declaration.declaration_title"/>
                <w:id w:val="163816071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electra.v2.nda-request.en.declaration.declaration_basis"/>
                <w:id w:val="193499011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nda-request.en.declaration.signature"/>
                <w:id w:val="207531746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nda-request.en.declaration.date"/>
                <w:id w:val="1261327610"/>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OLYE-FRM-NDA-001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RENEWABLE ENERGY, STORAGE &amp; ELECTRIFICATION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&amp; Project Information Request Form</dc:title>
  <dc:subject>Secure scoping of confidential energy-project and critical-infrastructure information</dc:subject>
  <dc:creator/>
  <cp:keywords>OLYELECTRA, renewable energy, energy storage, grid, due diligence, document control</cp:keywords>
  <dc:description>Controlled OLYELECTRA form OLYE-FRM-NDA-001 V2.0.</dc:description>
  <cp:lastModifiedBy/>
  <cp:revision>1</cp:revision>
  <dcterms:created xsi:type="dcterms:W3CDTF">2013-12-23T23:15:00Z</dcterms:created>
  <dcterms:modified xsi:type="dcterms:W3CDTF">2013-12-23T23:15:00Z</dcterms:modified>
  <cp:category/>
</cp:coreProperties>
</file>