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0" w:after="40" w:line="240" w:lineRule="auto"/>
        <w:jc w:val="left"/>
      </w:pPr>
      <w:r>
        <w:rPr>
          <w:rFonts w:ascii="Arial" w:hAnsi="Arial" w:eastAsia="Arial" w:cs="Arial"/>
          <w:b/>
          <w:color w:val="051C2B"/>
          <w:sz w:val="42"/>
          <w:lang w:val="tr-TR" w:eastAsia="tr-TR" w:bidi="tr-TR"/>
        </w:rPr>
        <w:t>Enerji Karşı Taraf Durum Tespiti Anketi</w:t>
      </w:r>
    </w:p>
    <w:p>
      <w:pPr>
        <w:pStyle w:val="Subtitle"/>
        <w:spacing w:before="0" w:after="140" w:line="240" w:lineRule="auto"/>
        <w:jc w:val="left"/>
      </w:pPr>
      <w:r>
        <w:rPr>
          <w:rFonts w:ascii="Arial" w:hAnsi="Arial" w:eastAsia="Arial" w:cs="Arial"/>
          <w:color w:val="526577"/>
          <w:sz w:val="19"/>
          <w:lang w:val="tr-TR" w:eastAsia="tr-TR" w:bidi="tr-TR"/>
        </w:rPr>
        <w:t>Kimlik, dürüstlük, finansal, tedarik zinciri, çevresel/sosyal ve bilgi güvenliği incelemesi</w:t>
      </w:r>
    </w:p>
    <w:tbl>
      <w:tblPr>
        <w:tblW w:type="dxa" w:w="10106"/>
        <w:jc w:val="center"/>
        <w:tblLayout w:type="fixed"/>
        <w:tblLook w:firstColumn="1" w:firstRow="1" w:lastColumn="0" w:lastRow="0" w:noHBand="0" w:noVBand="1" w:val="04A0"/>
        <w:tblInd w:w="120" w:type="dxa"/>
        <w:tblCaption w:val="Document control"/>
        <w:tblDescription w:val="Document code, version, classification, owner and language."/>
      </w:tblPr>
      <w:tblGrid>
        <w:gridCol w:w="2100"/>
        <w:gridCol w:w="2953"/>
        <w:gridCol w:w="2100"/>
        <w:gridCol w:w="2953"/>
      </w:tblGrid>
      <w:tr>
        <w:trPr>
          <w:trHeight w:hRule="atLeast"/>
          <w:tblHeader/>
          <w:cantSplit/>
        </w:trPr>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tr-TR" w:eastAsia="tr-TR" w:bidi="tr-TR"/>
              </w:rPr>
              <w:t>Belge kodu</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tr-TR" w:eastAsia="tr-TR" w:bidi="tr-TR"/>
              </w:rPr>
              <w:t>OLYE-FRM-DDQ-001</w:t>
            </w:r>
          </w:p>
        </w:tc>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tr-TR" w:eastAsia="tr-TR" w:bidi="tr-TR"/>
              </w:rPr>
              <w:t>Sürüm / yürürlük tarihi</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tr-TR" w:eastAsia="tr-TR" w:bidi="tr-TR"/>
              </w:rPr>
              <w:t>2.0 / 2 Ağustos 2026</w:t>
            </w:r>
          </w:p>
        </w:tc>
      </w:tr>
      <w:tr>
        <w:trPr>
          <w:trHeight w:hRule="atLeast"/>
          <w:cantSplit/>
        </w:trPr>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tr-TR" w:eastAsia="tr-TR" w:bidi="tr-TR"/>
              </w:rPr>
              <w:t>Sınıflandırma</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tr-TR" w:eastAsia="tr-TR" w:bidi="tr-TR"/>
              </w:rPr>
              <w:t>Kontrollü kurumsal form</w:t>
            </w:r>
          </w:p>
        </w:tc>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tr-TR" w:eastAsia="tr-TR" w:bidi="tr-TR"/>
              </w:rPr>
              <w:t>Belge sahibi</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tr-TR" w:eastAsia="tr-TR" w:bidi="tr-TR"/>
              </w:rPr>
              <w:t>OLYELECTRA — OLYVENRA LTD</w:t>
            </w:r>
          </w:p>
        </w:tc>
      </w:tr>
      <w:tr>
        <w:trPr>
          <w:trHeight w:hRule="atLeast"/>
          <w:cantSplit/>
        </w:trPr>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tr-TR" w:eastAsia="tr-TR" w:bidi="tr-TR"/>
              </w:rPr>
              <w:t>Dil</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tr-TR" w:eastAsia="tr-TR" w:bidi="tr-TR"/>
              </w:rPr>
              <w:t>Türkçe</w:t>
            </w:r>
          </w:p>
        </w:tc>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tr-TR" w:eastAsia="tr-TR" w:bidi="tr-TR"/>
              </w:rPr>
              <w:t>Durum</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tr-TR" w:eastAsia="tr-TR" w:bidi="tr-TR"/>
              </w:rPr>
              <w:t>Yayına hazır / kontrollü ana nüsha</w:t>
            </w:r>
          </w:p>
        </w:tc>
      </w:tr>
    </w:tbl>
    <w:tbl>
      <w:tblPr>
        <w:tblW w:type="dxa" w:w="10106"/>
        <w:jc w:val="center"/>
        <w:tblLayout w:type="fixed"/>
        <w:tblLook w:firstColumn="1" w:firstRow="1" w:lastColumn="0" w:lastRow="0" w:noHBand="0" w:noVBand="1" w:val="04A0"/>
        <w:tblInd w:w="120" w:type="dxa"/>
        <w:tblCaption w:val="Amaç"/>
        <w:tblDescription w:val="OLYELECTRA maddi bir ilişkiye girmeden veya bu ilişkiyi yenilemeden önce bu anketi kullanın. İncelemede mülkiyet, kamu görevlilerinin teşhiri, yaptırımlar, rüşvetle mücadele, mali durum, sorumlu kaynak kullanımı, iş gücü"/>
      </w:tblPr>
      <w:tblGrid>
        <w:gridCol w:w="10106"/>
      </w:tblGrid>
      <w:tr>
        <w:trPr>
          <w:trHeight w:hRule="atLeast"/>
          <w:tblHeader/>
          <w:cantSplit/>
        </w:trPr>
        <w:tc>
          <w:tcPr>
            <w:tcW w:type="dxa" w:w="10106"/>
            <w:tcMar>
              <w:top w:w="90" w:type="dxa"/>
              <w:start w:w="120" w:type="dxa"/>
              <w:bottom w:w="90" w:type="dxa"/>
              <w:end w:w="120" w:type="dxa"/>
            </w:tcMar>
            <w:vAlign w:val="center"/>
            <w:shd w:fill="166534" w:val="clear"/>
          </w:tcPr>
          <w:p>
            <w:pPr>
              <w:spacing w:before="0" w:after="0" w:line="240" w:lineRule="auto"/>
              <w:jc w:val="left"/>
            </w:pPr>
            <w:r/>
            <w:r>
              <w:rPr>
                <w:rFonts w:ascii="Arial" w:hAnsi="Arial" w:eastAsia="Arial" w:cs="Arial"/>
                <w:b/>
                <w:i w:val="0"/>
                <w:color w:val="FFFFFF"/>
                <w:sz w:val="18"/>
                <w:lang w:val="tr-TR" w:eastAsia="tr-TR" w:bidi="tr-TR"/>
              </w:rPr>
              <w:t>Amaç</w:t>
            </w:r>
          </w:p>
        </w:tc>
      </w:tr>
      <w:tr>
        <w:trPr>
          <w:trHeight w:hRule="atLeast"/>
          <w:cantSplit/>
        </w:trPr>
        <w:tc>
          <w:tcPr>
            <w:tcW w:type="dxa" w:w="10106"/>
            <w:tcMar>
              <w:top w:w="90" w:type="dxa"/>
              <w:start w:w="120" w:type="dxa"/>
              <w:bottom w:w="90" w:type="dxa"/>
              <w:end w:w="120" w:type="dxa"/>
            </w:tcMar>
            <w:vAlign w:val="center"/>
            <w:shd w:fill="ECFDF3" w:val="clear"/>
          </w:tcPr>
          <w:p>
            <w:pPr>
              <w:spacing w:before="0" w:after="0" w:line="252" w:lineRule="auto"/>
              <w:jc w:val="left"/>
            </w:pPr>
            <w:r/>
            <w:r>
              <w:rPr>
                <w:rFonts w:ascii="Arial" w:hAnsi="Arial" w:eastAsia="Arial" w:cs="Arial"/>
                <w:color w:val="102334"/>
                <w:sz w:val="17"/>
                <w:lang w:val="tr-TR" w:eastAsia="tr-TR" w:bidi="tr-TR"/>
              </w:rPr>
              <w:t>OLYELECTRA maddi bir ilişkiye girmeden veya bu ilişkiyi yenilemeden önce bu anketi kullanın. İncelemede mülkiyet, kamu görevlilerinin teşhiri, yaptırımlar, rüşvetle mücadele, mali durum, sorumlu kaynak kullanımı, iş gücü, çevre/sosyal, güvenlik, kalite, siber ve tedarik zinciri riskleri ele alınıyor.</w:t>
            </w:r>
          </w:p>
        </w:tc>
      </w:tr>
    </w:tbl>
    <w:tbl>
      <w:tblPr>
        <w:tblW w:type="dxa" w:w="10106"/>
        <w:jc w:val="center"/>
        <w:tblLayout w:type="fixed"/>
        <w:tblLook w:firstColumn="1" w:firstRow="1" w:lastColumn="0" w:lastRow="0" w:noHBand="0" w:noVBand="1" w:val="04A0"/>
        <w:tblInd w:w="120" w:type="dxa"/>
        <w:tblCaption w:val="Doldurma talimatı"/>
        <w:tblDescription w:val="İlgili tüm alanları doldurun. Kanıtları belge adı, düzenleyen kuruluş, numara, revizyon ve tarih bilgileriyle belirtin. Uygulanamayan alanları gerekçesiyle birlikte “Uygulanamaz” olarak işaretleyin. Tahminleri ölçülmüş v"/>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8"/>
                <w:lang w:val="tr-TR" w:eastAsia="tr-TR" w:bidi="tr-TR"/>
              </w:rPr>
              <w:t>Doldurma talimatı</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left"/>
            </w:pPr>
            <w:r/>
            <w:r>
              <w:rPr>
                <w:rFonts w:ascii="Arial" w:hAnsi="Arial" w:eastAsia="Arial" w:cs="Arial"/>
                <w:color w:val="102334"/>
                <w:sz w:val="17"/>
                <w:lang w:val="tr-TR" w:eastAsia="tr-TR" w:bidi="tr-TR"/>
              </w:rPr>
              <w:t>İlgili tüm alanları doldurun. Kanıtları belge adı, düzenleyen kuruluş, numara, revizyon ve tarih bilgileriyle belirtin. Uygulanamayan alanları gerekçesiyle birlikte “Uygulanamaz” olarak işaretleyin. Tahminleri ölçülmüş veya onaylanmış bilgilerden açıkça ayırın. OLYELECTRA açıklama, güçlendirilmiş durum tespiti veya güvenli veri odası üzerinden bilgi paylaşımı talep edebilir.</w:t>
            </w:r>
          </w:p>
        </w:tc>
      </w:tr>
    </w:tbl>
    <w:tbl>
      <w:tblPr>
        <w:tblW w:type="dxa" w:w="10106"/>
        <w:jc w:val="center"/>
        <w:tblLayout w:type="fixed"/>
        <w:tblLook w:firstColumn="1" w:firstRow="1" w:lastColumn="0" w:lastRow="0" w:noHBand="0" w:noVBand="1" w:val="04A0"/>
        <w:tblInd w:w="120" w:type="dxa"/>
        <w:tblCaption w:val="Gizlilik ve güvenli belge yönetimi"/>
        <w:tblDescription w:val="Kimlik bilgilerini, ayrıntılı şebeke modellerini veya ayarlarını, kritik altyapı şemalarını, kişisel kimlik belgelerini, korunan kişisel verileri ya da kısıtlı ticari bilgileri normal e-posta veya kamuya açık web formu ü"/>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8"/>
                <w:lang w:val="tr-TR" w:eastAsia="tr-TR" w:bidi="tr-TR"/>
              </w:rPr>
              <w:t>Gizlilik ve güvenli belge yönetimi</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left"/>
            </w:pPr>
            <w:r/>
            <w:r>
              <w:rPr>
                <w:rFonts w:ascii="Arial" w:hAnsi="Arial" w:eastAsia="Arial" w:cs="Arial"/>
                <w:color w:val="102334"/>
                <w:sz w:val="17"/>
                <w:lang w:val="tr-TR" w:eastAsia="tr-TR" w:bidi="tr-TR"/>
              </w:rPr>
              <w:t>Kimlik bilgilerini, ayrıntılı şebeke modellerini veya ayarlarını, kritik altyapı şemalarını, kişisel kimlik belgelerini, korunan kişisel verileri ya da kısıtlı ticari bilgileri normal e-posta veya kamuya açık web formu üzerinden göndermeyin. Onaylı güvenli kanal ve yetkili alıcılar belirlenene kadar yalnızca belge referanslarını paylaşın.</w:t>
            </w:r>
          </w:p>
          <w:p>
            <w:pPr>
              <w:spacing w:before="60" w:after="0" w:line="240" w:lineRule="auto"/>
              <w:jc w:val="left"/>
            </w:pPr>
            <w:hyperlink r:id="rId11">
              <w:r>
                <w:rPr>
                  <w:color w:val="166534"/>
                  <w:u w:val="single"/>
                </w:rPr>
                <w:t>OLYVENRA Gizlilik Bildirimi'ni okuyun</w:t>
              </w:r>
            </w:hyperlink>
          </w:p>
        </w:tc>
      </w:tr>
    </w:tbl>
    <w:tbl>
      <w:tblPr>
        <w:tblW w:type="dxa" w:w="10106"/>
        <w:jc w:val="center"/>
        <w:tblLayout w:type="fixed"/>
        <w:tblLook w:firstColumn="1" w:firstRow="1" w:lastColumn="0" w:lastRow="0" w:noHBand="0" w:noVBand="1" w:val="04A0"/>
        <w:tblInd w:w="120" w:type="dxa"/>
        <w:tblCaption w:val="Proje yetkisi, güvenlik ve kanıt sınırı"/>
        <w:tblDescription w:val="Bu form teklif, mühendislik onayı, şebeke onayı, izin, ürün sertifikası, üretim veya tasarruf garantisi, finansman taahhüdü, hukuki görüş ya da işlem yükümlülüğü oluşturmaz. Teknik, güvenlik, çevresel, finansal ve düzenl"/>
      </w:tblPr>
      <w:tblGrid>
        <w:gridCol w:w="10106"/>
      </w:tblGrid>
      <w:tr>
        <w:trPr>
          <w:trHeight w:hRule="atLeast"/>
          <w:tblHeader/>
          <w:cantSplit/>
        </w:trPr>
        <w:tc>
          <w:tcPr>
            <w:tcW w:type="dxa" w:w="10106"/>
            <w:tcMar>
              <w:top w:w="90" w:type="dxa"/>
              <w:start w:w="120" w:type="dxa"/>
              <w:bottom w:w="90" w:type="dxa"/>
              <w:end w:w="120" w:type="dxa"/>
            </w:tcMar>
            <w:vAlign w:val="center"/>
            <w:shd w:fill="8B5A00" w:val="clear"/>
          </w:tcPr>
          <w:p>
            <w:pPr>
              <w:spacing w:before="0" w:after="0" w:line="240" w:lineRule="auto"/>
              <w:jc w:val="left"/>
            </w:pPr>
            <w:r/>
            <w:r>
              <w:rPr>
                <w:rFonts w:ascii="Arial" w:hAnsi="Arial" w:eastAsia="Arial" w:cs="Arial"/>
                <w:b/>
                <w:i w:val="0"/>
                <w:color w:val="FFFFFF"/>
                <w:sz w:val="18"/>
                <w:lang w:val="tr-TR" w:eastAsia="tr-TR" w:bidi="tr-TR"/>
              </w:rPr>
              <w:t>Proje yetkisi, güvenlik ve kanıt sınırı</w:t>
            </w:r>
          </w:p>
        </w:tc>
      </w:tr>
      <w:tr>
        <w:trPr>
          <w:trHeight w:hRule="atLeast"/>
          <w:cantSplit/>
        </w:trPr>
        <w:tc>
          <w:tcPr>
            <w:tcW w:type="dxa" w:w="10106"/>
            <w:tcMar>
              <w:top w:w="90" w:type="dxa"/>
              <w:start w:w="120" w:type="dxa"/>
              <w:bottom w:w="90" w:type="dxa"/>
              <w:end w:w="120" w:type="dxa"/>
            </w:tcMar>
            <w:vAlign w:val="center"/>
            <w:shd w:fill="FFF7E6" w:val="clear"/>
          </w:tcPr>
          <w:p>
            <w:pPr>
              <w:spacing w:before="0" w:after="0" w:line="252" w:lineRule="auto"/>
              <w:jc w:val="left"/>
            </w:pPr>
            <w:r/>
            <w:r>
              <w:rPr>
                <w:rFonts w:ascii="Arial" w:hAnsi="Arial" w:eastAsia="Arial" w:cs="Arial"/>
                <w:color w:val="102334"/>
                <w:sz w:val="17"/>
                <w:lang w:val="tr-TR" w:eastAsia="tr-TR" w:bidi="tr-TR"/>
              </w:rPr>
              <w:t>Bu form teklif, mühendislik onayı, şebeke onayı, izin, ürün sertifikası, üretim veya tasarruf garantisi, finansman taahhüdü, hukuki görüş ya da işlem yükümlülüğü oluşturmaz. Teknik, güvenlik, çevresel, finansal ve düzenleyici kararlar yetkin taraflarca projeye özgü kanıtlarla alınmalıdır.</w:t>
            </w:r>
          </w:p>
        </w:tc>
      </w:tr>
    </w:tbl>
    <w:p>
      <w:pPr>
        <w:pStyle w:val="Heading1"/>
        <w:keepNext/>
        <w:spacing w:before="160" w:after="80" w:line="240" w:lineRule="auto"/>
        <w:jc w:val="left"/>
      </w:pPr>
      <w:r>
        <w:rPr>
          <w:rFonts w:ascii="Arial" w:hAnsi="Arial" w:eastAsia="Arial" w:cs="Arial"/>
          <w:b/>
          <w:color w:val="166534"/>
          <w:sz w:val="25"/>
          <w:lang w:val="tr-TR" w:eastAsia="tr-TR" w:bidi="tr-TR"/>
        </w:rPr>
        <w:t>Yasal kimlik, sahiplik ve dağıtım rolü</w:t>
      </w:r>
    </w:p>
    <w:tbl>
      <w:tblPr>
        <w:tblW w:type="dxa" w:w="10106"/>
        <w:jc w:val="center"/>
        <w:tblLayout w:type="fixed"/>
        <w:tblLook w:firstColumn="1" w:firstRow="1" w:lastColumn="0" w:lastRow="0" w:noHBand="0" w:noVBand="1" w:val="04A0"/>
        <w:tblInd w:w="120" w:type="dxa"/>
        <w:tblCaption w:val="Yasal kimlik, sahiplik ve dağıtım rolü"/>
        <w:tblDescription w:val="Yasal kimlik, sahiplik ve dağıtım rolü: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Talep edilen bilgi</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Yanıt / kanıt referansı</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Tam yasal ad, ticari ad ve kuruluş türü</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Tam yasal ad, ticari ad ve kuruluş türü"/>
                <w:tag w:val="olyelectra.v2.due-diligence-questionnaire.tr.company.legal_name"/>
                <w:id w:val="553894081"/>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Kayıt numarası, ülke, vergi durumu ve kayıtlı adres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Kayıt numarası, ülke, vergi durumu ve kayıtlı adres"/>
                <w:tag w:val="olyelectra.v2.due-diligence-questionnaire.tr.company.registration"/>
                <w:id w:val="2119194852"/>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Kurumsal web sitesi ve doğrulanabilir genel profil</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Kurumsal web sitesi ve doğrulanabilir genel profil"/>
                <w:tag w:val="olyelectra.v2.due-diligence-questionnaire.tr.company.website"/>
                <w:id w:val="1099638881"/>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Yetkili kişi: isim, unvan, departman, e-posta ve telefon</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Yetkili kişi: isim, unvan, departman, e-posta ve telefon"/>
                <w:tag w:val="olyelectra.v2.due-diligence-questionnaire.tr.company.contact"/>
                <w:id w:val="1040240182"/>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OEM, geliştirici, EPC, kurulumcu, entegratör, distribütör, İşletme ve Bakım, yazılım veya danışman rolü</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OEM, geliştirici, EPC, kurulumcu, entegratör, distribütör, İşletme ve Bakım, yazılım veya danışman rolü"/>
                <w:tag w:val="olyelectra.v2.due-diligence-questionnaire.tr.company.supplier_role"/>
                <w:id w:val="1646646437"/>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Teknoloji ve hizmet aileleri, derecelendirmeler, uygulamalar ve istisnalar</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Teknoloji ve hizmet aileleri, derecelendirmeler, uygulamalar ve istisnalar"/>
                <w:tag w:val="olyelectra.v2.due-diligence-questionnaire.tr.company.product_scope"/>
                <w:id w:val="1364064762"/>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Yetkili bölgeler, kanal randevuları ve kısıtlamalar</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Yetkili bölgeler, kanal randevuları ve kısıtlamalar"/>
                <w:tag w:val="olyelectra.v2.due-diligence-questionnaire.tr.company.territories"/>
                <w:id w:val="330607684"/>
                <w:text w:multiLine="1"/>
                <w:showingPlcHdr/>
              </w:sdtPr>
              <w:sdtContent>
                <w:r>
                  <w:rPr>
                    <w:color w:val="667985"/>
                    <w:i/>
                    <w:sz w:val="18"/>
                    <w:lang w:val="tr-TR" w:eastAsia="tr-TR" w:bidi="tr-TR"/>
                  </w:rPr>
                  <w:t xml:space="preserve">Yanıt girmek için tıklayın veya dokunun. Uygun yerde Uygulanamaz yazın.</w:t>
                </w:r>
              </w:sdtContent>
            </w:sdt>
          </w:p>
        </w:tc>
      </w:tr>
    </w:tbl>
    <w:p>
      <w:pPr>
        <w:pStyle w:val="Heading1"/>
        <w:keepNext/>
        <w:spacing w:before="160" w:after="80" w:line="240" w:lineRule="auto"/>
        <w:jc w:val="left"/>
      </w:pPr>
      <w:r>
        <w:rPr>
          <w:rFonts w:ascii="Arial" w:hAnsi="Arial" w:eastAsia="Arial" w:cs="Arial"/>
          <w:b/>
          <w:color w:val="166534"/>
          <w:sz w:val="25"/>
          <w:lang w:val="tr-TR" w:eastAsia="tr-TR" w:bidi="tr-TR"/>
        </w:rPr>
        <w:t>Mülkiyet, yönetim ve kamu görevlisinin teşhiri</w:t>
      </w:r>
    </w:p>
    <w:tbl>
      <w:tblPr>
        <w:tblW w:type="dxa" w:w="10106"/>
        <w:jc w:val="center"/>
        <w:tblLayout w:type="fixed"/>
        <w:tblLook w:firstColumn="1" w:firstRow="1" w:lastColumn="0" w:lastRow="0" w:noHBand="0" w:noVBand="1" w:val="04A0"/>
        <w:tblInd w:w="120" w:type="dxa"/>
        <w:tblCaption w:val="Mülkiyet, yönetim ve kamu görevlisinin teşhiri"/>
        <w:tblDescription w:val="Mülkiyet, yönetim ve kamu görevlisinin teşhiri: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Talep edilen bilgi</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Yanıt / kanıt referansı</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Nihai intifa hakkı sahipleri, yüzdeler ve devlet mülkiyeti/kontrol</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Nihai intifa hakkı sahipleri, yüzdeler ve devlet mülkiyeti/kontrol"/>
                <w:tag w:val="olyelectra.v2.due-diligence-questionnaire.tr.ownership.ownership"/>
                <w:id w:val="1295818534"/>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Direktörler, memurlar, imza yetkilileri ve yönetim sorumluluğu</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Direktörler, memurlar, imza yetkilileri ve yönetim sorumluluğu"/>
                <w:tag w:val="olyelectra.v2.due-diligence-questionnaire.tr.ownership.directors"/>
                <w:id w:val="27230232"/>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Siyasi nüfuz sahibi kişiler, kamu görevlileri ve hükümet ilişkileri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Siyasi nüfuz sahibi kişiler, kamu görevlileri ve hükümet ilişkileri"/>
                <w:tag w:val="olyelectra.v2.due-diligence-questionnaire.tr.ownership.pep"/>
                <w:id w:val="970099389"/>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Gerçek veya potansiyel çatışmalar, kamu görevlisi ve ilişkili taraf ilişkileri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Gerçek veya potansiyel çatışmalar, kamu görevlisi ve ilişkili taraf ilişkileri"/>
                <w:tag w:val="olyelectra.v2.due-diligence-questionnaire.tr.ownership.conflicts"/>
                <w:id w:val="231564568"/>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Mali durum, iflas, süreklilik ve maddi kredi konuları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Mali durum, iflas, süreklilik ve maddi kredi konuları"/>
                <w:tag w:val="olyelectra.v2.due-diligence-questionnaire.tr.ownership.financial"/>
                <w:id w:val="1646221600"/>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Önemli davalar, soruşturmalar, icra, uzaklaştırma ve olumsuz medya</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Önemli davalar, soruşturmalar, icra, uzaklaştırma ve olumsuz medya"/>
                <w:tag w:val="olyelectra.v2.due-diligence-questionnaire.tr.ownership.adverse_media"/>
                <w:id w:val="714089316"/>
                <w:text w:multiLine="1"/>
                <w:showingPlcHdr/>
              </w:sdtPr>
              <w:sdtContent>
                <w:r>
                  <w:rPr>
                    <w:color w:val="667985"/>
                    <w:i/>
                    <w:sz w:val="18"/>
                    <w:lang w:val="tr-TR" w:eastAsia="tr-TR" w:bidi="tr-TR"/>
                  </w:rPr>
                  <w:t xml:space="preserve">Yanıt girmek için tıklayın veya dokunun. Uygun yerde Uygulanamaz yazın.</w:t>
                </w:r>
              </w:sdtContent>
            </w:sdt>
          </w:p>
        </w:tc>
      </w:tr>
    </w:tbl>
    <w:p>
      <w:pPr>
        <w:pStyle w:val="Heading1"/>
        <w:keepNext/>
        <w:spacing w:before="160" w:after="80" w:line="240" w:lineRule="auto"/>
        <w:jc w:val="left"/>
      </w:pPr>
      <w:r>
        <w:rPr>
          <w:rFonts w:ascii="Arial" w:hAnsi="Arial" w:eastAsia="Arial" w:cs="Arial"/>
          <w:b/>
          <w:color w:val="166534"/>
          <w:sz w:val="25"/>
          <w:lang w:val="tr-TR" w:eastAsia="tr-TR" w:bidi="tr-TR"/>
        </w:rPr>
        <w:t>Önerilen ilişki, ödemeler ve çatışmalar</w:t>
      </w:r>
    </w:p>
    <w:tbl>
      <w:tblPr>
        <w:tblW w:type="dxa" w:w="10106"/>
        <w:jc w:val="center"/>
        <w:tblLayout w:type="fixed"/>
        <w:tblLook w:firstColumn="1" w:firstRow="1" w:lastColumn="0" w:lastRow="0" w:noHBand="0" w:noVBand="1" w:val="04A0"/>
        <w:tblInd w:w="120" w:type="dxa"/>
        <w:tblCaption w:val="Önerilen ilişki, ödemeler ve çatışmalar"/>
        <w:tblDescription w:val="Önerilen ilişki, ödemeler ve çatışmalar: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Talep edilen bilgi</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Yanıt / kanıt referansı</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Önerilen rol, bölge, müşteriler, proje ve ticari beklentiler</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Önerilen rol, bölge, müşteriler, proje ve ticari beklentiler"/>
                <w:tag w:val="olyelectra.v2.due-diligence-questionnaire.tr.business.relationship"/>
                <w:id w:val="158755465"/>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Proje veya portföy adı ve dahili referans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roje veya portföy adı ve dahili referans"/>
                <w:tag w:val="olyelectra.v2.due-diligence-questionnaire.tr.business.project_name"/>
                <w:id w:val="2036045959"/>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OLYELECTRA'dan talep edilen rol ve beklenen teslimatlar</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OLYELECTRA'dan talep edilen rol ve beklenen teslimatlar"/>
                <w:tag w:val="olyelectra.v2.due-diligence-questionnaire.tr.business.requested_role"/>
                <w:id w:val="2053091368"/>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Acenteler, komisyoncular, komisyonlar, başarı ücretleri ve ödeme alıcıları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Acenteler, komisyoncular, komisyonlar, başarı ücretleri ve ödeme alıcıları"/>
                <w:tag w:val="olyelectra.v2.due-diligence-questionnaire.tr.business.fees"/>
                <w:id w:val="1502556470"/>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Bankacılık ülkesi, hesap adı eşleşmesi, para birimleri ve üçüncü taraf ödeme kısıtlamaları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Bankacılık ülkesi, hesap adı eşleşmesi, para birimleri ve üçüncü taraf ödeme kısıtlamaları"/>
                <w:tag w:val="olyelectra.v2.due-diligence-questionnaire.tr.business.payments"/>
                <w:id w:val="854652539"/>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Maddi hassasiyetler, emsal koşullar, bağımlılıklar ve tahsis ilkeleri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Maddi hassasiyetler, emsal koşullar, bağımlılıklar ve tahsis ilkeleri"/>
                <w:tag w:val="olyelectra.v2.due-diligence-questionnaire.tr.business.commercial_risks"/>
                <w:id w:val="43346929"/>
                <w:text w:multiLine="1"/>
                <w:showingPlcHdr/>
              </w:sdtPr>
              <w:sdtContent>
                <w:r>
                  <w:rPr>
                    <w:color w:val="667985"/>
                    <w:i/>
                    <w:sz w:val="18"/>
                    <w:lang w:val="tr-TR" w:eastAsia="tr-TR" w:bidi="tr-TR"/>
                  </w:rPr>
                  <w:t xml:space="preserve">Yanıt girmek için tıklayın veya dokunun. Uygun yerde Uygulanamaz yazın.</w:t>
                </w:r>
              </w:sdtContent>
            </w:sdt>
          </w:p>
        </w:tc>
      </w:tr>
    </w:tbl>
    <w:p>
      <w:pPr>
        <w:pStyle w:val="Heading1"/>
        <w:keepNext/>
        <w:spacing w:before="160" w:after="80" w:line="240" w:lineRule="auto"/>
        <w:jc w:val="left"/>
      </w:pPr>
      <w:r>
        <w:rPr>
          <w:rFonts w:ascii="Arial" w:hAnsi="Arial" w:eastAsia="Arial" w:cs="Arial"/>
          <w:b/>
          <w:color w:val="166534"/>
          <w:sz w:val="25"/>
          <w:lang w:val="tr-TR" w:eastAsia="tr-TR" w:bidi="tr-TR"/>
        </w:rPr>
        <w:t>Dürüstlük, yaptırımlar, mali durum ve bilgi güvenliği</w:t>
      </w:r>
    </w:p>
    <w:tbl>
      <w:tblPr>
        <w:tblW w:type="dxa" w:w="10106"/>
        <w:jc w:val="center"/>
        <w:tblLayout w:type="fixed"/>
        <w:tblLook w:firstColumn="1" w:firstRow="1" w:lastColumn="0" w:lastRow="0" w:noHBand="0" w:noVBand="1" w:val="04A0"/>
        <w:tblInd w:w="120" w:type="dxa"/>
        <w:tblCaption w:val="Dürüstlük, yaptırımlar, mali durum ve bilgi güvenliği"/>
        <w:tblDescription w:val="Dürüstlük, yaptırımlar, mali durum ve bilgi güvenliği: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Talep edilen bilgi</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Yanıt / kanıt referansı</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Yaptırımlar, yasaklama, kısıtlı taraf ve ihracat/ithalat uyumluluk kontrolleri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Yaptırımlar, yasaklama, kısıtlı taraf ve ihracat/ithalat uyumluluk kontrolleri"/>
                <w:tag w:val="olyelectra.v2.due-diligence-questionnaire.tr.integrity.sanctions"/>
                <w:id w:val="419641772"/>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Rüşvetle mücadele, hediyeler, kolaylaştırma ödemeleri ve üçüncü taraf kontrolleri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Rüşvetle mücadele, hediyeler, kolaylaştırma ödemeleri ve üçüncü taraf kontrolleri"/>
                <w:tag w:val="olyelectra.v2.due-diligence-questionnaire.tr.integrity.anti_bribery"/>
                <w:id w:val="478315887"/>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Gerçek veya potansiyel çatışmalar, kamu görevlisi ve ilişkili taraf ilişkileri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Gerçek veya potansiyel çatışmalar, kamu görevlisi ve ilişkili taraf ilişkileri"/>
                <w:tag w:val="olyelectra.v2.due-diligence-questionnaire.tr.integrity.conflicts"/>
                <w:id w:val="223176331"/>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Beş yıl içinde malzeme kalitesi, güvenlik, çevre, iş gücü, siber veya tedarik olayları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Beş yıl içinde malzeme kalitesi, güvenlik, çevre, iş gücü, siber veya tedarik olayları"/>
                <w:tag w:val="olyelectra.v2.due-diligence-questionnaire.tr.integrity.incident_history"/>
                <w:id w:val="223639305"/>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Bilgi güvenliği çerçevesi, olaylar ve kritik altyapı veri kontrolleri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Bilgi güvenliği çerçevesi, olaylar ve kritik altyapı veri kontrolleri"/>
                <w:tag w:val="olyelectra.v2.due-diligence-questionnaire.tr.integrity.information_security"/>
                <w:id w:val="1772066879"/>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Veri sahipliği, barındıran ülkeler, gizlilik, saklama ve güvenli aktarım gereklilikleri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Veri sahipliği, barındıran ülkeler, gizlilik, saklama ve güvenli aktarım gereklilikleri"/>
                <w:tag w:val="olyelectra.v2.due-diligence-questionnaire.tr.integrity.data"/>
                <w:id w:val="495252766"/>
                <w:text w:multiLine="1"/>
                <w:showingPlcHdr/>
              </w:sdtPr>
              <w:sdtContent>
                <w:r>
                  <w:rPr>
                    <w:color w:val="667985"/>
                    <w:i/>
                    <w:sz w:val="18"/>
                    <w:lang w:val="tr-TR" w:eastAsia="tr-TR" w:bidi="tr-TR"/>
                  </w:rPr>
                  <w:t xml:space="preserve">Yanıt girmek için tıklayın veya dokunun. Uygun yerde Uygulanamaz yazın.</w:t>
                </w:r>
              </w:sdtContent>
            </w:sdt>
          </w:p>
        </w:tc>
      </w:tr>
    </w:tbl>
    <w:p>
      <w:pPr>
        <w:pStyle w:val="Heading1"/>
        <w:keepNext/>
        <w:spacing w:before="160" w:after="80" w:line="240" w:lineRule="auto"/>
        <w:jc w:val="left"/>
      </w:pPr>
      <w:r>
        <w:rPr>
          <w:rFonts w:ascii="Arial" w:hAnsi="Arial" w:eastAsia="Arial" w:cs="Arial"/>
          <w:b/>
          <w:color w:val="166534"/>
          <w:sz w:val="25"/>
          <w:lang w:val="tr-TR" w:eastAsia="tr-TR" w:bidi="tr-TR"/>
        </w:rPr>
        <w:t>Çevresel, sosyal, işgücü ve tedarik zinciri durum tespiti</w:t>
      </w:r>
    </w:p>
    <w:tbl>
      <w:tblPr>
        <w:tblW w:type="dxa" w:w="10106"/>
        <w:jc w:val="center"/>
        <w:tblLayout w:type="fixed"/>
        <w:tblLook w:firstColumn="1" w:firstRow="1" w:lastColumn="0" w:lastRow="0" w:noHBand="0" w:noVBand="1" w:val="04A0"/>
        <w:tblInd w:w="120" w:type="dxa"/>
        <w:tblCaption w:val="Çevresel, sosyal, işgücü ve tedarik zinciri durum tespiti"/>
        <w:tblDescription w:val="Çevresel, sosyal, işgücü ve tedarik zinciri durum tespiti: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Talep edilen bilgi</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Yanıt / kanıt referansı</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Kritik tedarik zinciri haritası, ülkeler, tek kaynaklar ve dayanıklılık önlemleri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Kritik tedarik zinciri haritası, ülkeler, tek kaynaklar ve dayanıklılık önlemleri"/>
                <w:tag w:val="olyelectra.v2.due-diligence-questionnaire.tr.esg.supply_chain_map"/>
                <w:id w:val="1192429271"/>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Menşe ülke, malzeme listesi görünürlüğü ve tedarik zinciri yoğunlaşması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Menşe ülke, malzeme listesi görünürlüğü ve tedarik zinciri yoğunlaşması"/>
                <w:tag w:val="olyelectra.v2.due-diligence-questionnaire.tr.esg.origin"/>
                <w:id w:val="882225091"/>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Pil/kritik-mineral durum tespiti, gözetim zinciri ve risk yönetimi yaklaşımı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il/kritik-mineral durum tespiti, gözetim zinciri ve risk yönetimi yaklaşımı"/>
                <w:tag w:val="olyelectra.v2.due-diligence-questionnaire.tr.esg.minerals"/>
                <w:id w:val="920870986"/>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Çalışma standartları, zorla çalıştırma/çocuk çalıştırma, çalışanların refahı ve şikayet kontrolleri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Çalışma standartları, zorla çalıştırma/çocuk çalıştırma, çalışanların refahı ve şikayet kontrolleri"/>
                <w:tag w:val="olyelectra.v2.due-diligence-questionnaire.tr.esg.labour"/>
                <w:id w:val="438677306"/>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İnsan hakları durum tespiti, şikayet, iyileştirme ve üst kademeye iletme süreci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İnsan hakları durum tespiti, şikayet, iyileştirme ve üst kademeye iletme süreci"/>
                <w:tag w:val="olyelectra.v2.due-diligence-questionnaire.tr.esg.human_rights"/>
                <w:id w:val="74312622"/>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Arazi, topluluk, yerli halk, kültürel miras ve paydaş risk kontrolleri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Arazi, topluluk, yerli halk, kültürel miras ve paydaş risk kontrolleri"/>
                <w:tag w:val="olyelectra.v2.due-diligence-questionnaire.tr.esg.community_impacts"/>
                <w:id w:val="896075011"/>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Biyoçeşitlilik, su, drenaj, gürültü, görsel, atık ve kirlilik kısıtlamaları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Biyoçeşitlilik, su, drenaj, gürültü, görsel, atık ve kirlilik kısıtlamaları"/>
                <w:tag w:val="olyelectra.v2.due-diligence-questionnaire.tr.esg.environment"/>
                <w:id w:val="1628208512"/>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Ürün karbon ayak izi, EPD/LCA veya diğer çevresel kanıtlar ve metodoloji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Ürün karbon ayak izi, EPD/LCA veya diğer çevresel kanıtlar ve metodoloji"/>
                <w:tag w:val="olyelectra.v2.due-diligence-questionnaire.tr.esg.carbon"/>
                <w:id w:val="844027652"/>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Üretici sorumluluğu, geri alma, geri dönüşüm ve atık ortağı kontrolleri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Üretici sorumluluğu, geri alma, geri dönüşüm ve atık ortağı kontrolleri"/>
                <w:tag w:val="olyelectra.v2.due-diligence-questionnaire.tr.esg.waste"/>
                <w:id w:val="1475418447"/>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Ürün ve işyeri güvenliği yönetimi, olay geçmişi ve acil durum desteği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Ürün ve işyeri güvenliği yönetimi, olay geçmişi ve acil durum desteği"/>
                <w:tag w:val="olyelectra.v2.due-diligence-questionnaire.tr.esg.health_safety"/>
                <w:id w:val="1426093021"/>
                <w:text w:multiLine="1"/>
                <w:showingPlcHdr/>
              </w:sdtPr>
              <w:sdtContent>
                <w:r>
                  <w:rPr>
                    <w:color w:val="667985"/>
                    <w:i/>
                    <w:sz w:val="18"/>
                    <w:lang w:val="tr-TR" w:eastAsia="tr-TR" w:bidi="tr-TR"/>
                  </w:rPr>
                  <w:t xml:space="preserve">Yanıt girmek için tıklayın veya dokunun. Uygun yerde Uygulanamaz yazın.</w:t>
                </w:r>
              </w:sdtContent>
            </w:sdt>
          </w:p>
        </w:tc>
      </w:tr>
    </w:tbl>
    <w:p>
      <w:pPr>
        <w:pStyle w:val="Heading1"/>
        <w:keepNext/>
        <w:spacing w:before="160" w:after="80" w:line="240" w:lineRule="auto"/>
        <w:jc w:val="left"/>
      </w:pPr>
      <w:r>
        <w:rPr>
          <w:rFonts w:ascii="Arial" w:hAnsi="Arial" w:eastAsia="Arial" w:cs="Arial"/>
          <w:b/>
          <w:color w:val="166534"/>
          <w:sz w:val="25"/>
          <w:lang w:val="tr-TR" w:eastAsia="tr-TR" w:bidi="tr-TR"/>
        </w:rPr>
        <w:t>Kalite, ürün kanıtı ve konfigürasyon kontrolü</w:t>
      </w:r>
    </w:p>
    <w:tbl>
      <w:tblPr>
        <w:tblW w:type="dxa" w:w="10106"/>
        <w:jc w:val="center"/>
        <w:tblLayout w:type="fixed"/>
        <w:tblLook w:firstColumn="1" w:firstRow="1" w:lastColumn="0" w:lastRow="0" w:noHBand="0" w:noVBand="1" w:val="04A0"/>
        <w:tblInd w:w="120" w:type="dxa"/>
        <w:tblCaption w:val="Kalite, ürün kanıtı ve konfigürasyon kontrolü"/>
        <w:tblDescription w:val="Kalite, ürün kanıtı ve konfigürasyon kontrolü: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Talep edilen bilgi</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Yanıt / kanıt referansı</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Kalite yönetim sistemi kapsamı, sertifika, düzenleyen kuruluş ve tesis kapsamı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Kalite yönetim sistemi kapsamı, sertifika, düzenleyen kuruluş ve tesis kapsamı"/>
                <w:tag w:val="olyelectra.v2.due-diligence-questionnaire.tr.quality.qms"/>
                <w:id w:val="496215313"/>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Ürün temel çizgisi, BOM/yazılım revizyonu, tasarım yetkisi ve değişiklik bildirimi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Ürün temel çizgisi, BOM/yazılım revizyonu, tasarım yetkisi ve değişiklik bildirimi"/>
                <w:tag w:val="olyelectra.v2.due-diligence-questionnaire.tr.quality.configuration"/>
                <w:id w:val="487030921"/>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Seri, parti, parti ve bileşen şecere artı kayıt saklama süresi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Seri, parti, parti ve bileşen şecere artı kayıt saklama süresi"/>
                <w:tag w:val="olyelectra.v2.due-diligence-questionnaire.tr.quality.traceability"/>
                <w:id w:val="1861534195"/>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Uygunsuzluk, imtiyaz/sapma, DÖF ve müşteri bildirim süreci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Uygunsuzluk, imtiyaz/sapma, DÖF ve müşteri bildirim süreci"/>
                <w:tag w:val="olyelectra.v2.due-diligence-questionnaire.tr.quality.nonconformance"/>
                <w:id w:val="187411000"/>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Şikayet, güvenlik olayı, saha eylemi, geri çağırma ve düzenleyici bildirim süreci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Şikayet, güvenlik olayı, saha eylemi, geri çağırma ve düzenleyici bildirim süreci"/>
                <w:tag w:val="olyelectra.v2.due-diligence-questionnaire.tr.quality.complaints"/>
                <w:id w:val="1893203787"/>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Model, kapasite, tesis ve işletme tarihi ile karşılaştırılabilir işletme referansları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Model, kapasite, tesis ve işletme tarihi ile karşılaştırılabilir işletme referansları"/>
                <w:tag w:val="olyelectra.v2.due-diligence-questionnaire.tr.quality.reference_projects"/>
                <w:id w:val="447491772"/>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Garanti süresi, tetikleyici, istisnalar, çözüm, güvenlik ve talep yönetimi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Garanti süresi, tetikleyici, istisnalar, çözüm, güvenlik ve talep yönetimi"/>
                <w:tag w:val="olyelectra.v2.due-diligence-questionnaire.tr.quality.warranty_terms"/>
                <w:id w:val="378893885"/>
                <w:text w:multiLine="1"/>
                <w:showingPlcHdr/>
              </w:sdtPr>
              <w:sdtContent>
                <w:r>
                  <w:rPr>
                    <w:color w:val="667985"/>
                    <w:i/>
                    <w:sz w:val="18"/>
                    <w:lang w:val="tr-TR" w:eastAsia="tr-TR" w:bidi="tr-TR"/>
                  </w:rPr>
                  <w:t xml:space="preserve">Yanıt girmek için tıklayın veya dokunun. Uygun yerde Uygulanamaz yazın.</w:t>
                </w:r>
              </w:sdtContent>
            </w:sdt>
          </w:p>
        </w:tc>
      </w:tr>
    </w:tbl>
    <w:p>
      <w:pPr>
        <w:pStyle w:val="Heading1"/>
        <w:keepNext/>
        <w:spacing w:before="160" w:after="80" w:line="240" w:lineRule="auto"/>
        <w:jc w:val="left"/>
      </w:pPr>
      <w:r>
        <w:rPr>
          <w:rFonts w:ascii="Arial" w:hAnsi="Arial" w:eastAsia="Arial" w:cs="Arial"/>
          <w:b/>
          <w:color w:val="166534"/>
          <w:sz w:val="25"/>
          <w:lang w:val="tr-TR" w:eastAsia="tr-TR" w:bidi="tr-TR"/>
        </w:rPr>
        <w:t>Destekleyici kanıt kontrol listesi</w:t>
      </w:r>
    </w:p>
    <w:tbl>
      <w:tblPr>
        <w:tblW w:type="dxa" w:w="10106"/>
        <w:jc w:val="center"/>
        <w:tblLayout w:type="fixed"/>
        <w:tblLook w:firstColumn="1" w:firstRow="1" w:lastColumn="0" w:lastRow="0" w:noHBand="0" w:noVBand="1" w:val="04A0"/>
        <w:tblInd w:w="120" w:type="dxa"/>
        <w:tblCaption w:val="Destekleyici kanıt kontrol listesi"/>
        <w:tblDescription w:val="Destekleyici kanıt kontrol listesi: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Talep edilen bilgi</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Yanıt / kanıt referansı</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Kayıt, vergi, kayıtlı adres ve imzaya yetkili deliller</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Kayıt, vergi, kayıtlı adres ve imzaya yetkili deliller"/>
                <w:tag w:val="olyelectra.v2.due-diligence-questionnaire.tr.evidence.registration_evidence"/>
                <w:id w:val="19047364"/>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Sahiplik şeması ve intifa hakkı sahibinin kimlik kanıtı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Sahiplik şeması ve intifa hakkı sahibinin kimlik kanıtı"/>
                <w:tag w:val="olyelectra.v2.due-diligence-questionnaire.tr.evidence.ownership_evidence"/>
                <w:id w:val="1538579839"/>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Sertifikalar, denetim özetleri, test raporları ve ürün uygunluk kanıtları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Sertifikalar, denetim özetleri, test raporları ve ürün uygunluk kanıtları"/>
                <w:tag w:val="olyelectra.v2.due-diligence-questionnaire.tr.evidence.quality_evidence"/>
                <w:id w:val="1101444165"/>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Referans listesi, kabul kanıtları, garanti/talep geçmişi ve performans kayıtları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Referans listesi, kabul kanıtları, garanti/talep geçmişi ve performans kayıtları"/>
                <w:tag w:val="olyelectra.v2.due-diligence-questionnaire.tr.evidence.project_evidence"/>
                <w:id w:val="463261362"/>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Dürüstlük, yaptırımlar, çalışma, sürdürülebilirlik, kaynak kullanımı, HSE ve siber politikalar</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Dürüstlük, yaptırımlar, çalışma, sürdürülebilirlik, kaynak kullanımı, HSE ve siber politikalar"/>
                <w:tag w:val="olyelectra.v2.due-diligence-questionnaire.tr.evidence.policy_evidence"/>
                <w:id w:val="141848452"/>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Mevcut sigorta sertifikaları ve maddi sınırlamalar</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Mevcut sigorta sertifikaları ve maddi sınırlamalar"/>
                <w:tag w:val="olyelectra.v2.due-diligence-questionnaire.tr.evidence.insurance_evidence"/>
                <w:id w:val="841444773"/>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Karşılaştırılabilir işletme projesi referansları, ülke, kapasite, yaş ve müşteri iletişim yolu</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Karşılaştırılabilir işletme projesi referansları, ülke, kapasite, yaş ve müşteri iletişim yolu"/>
                <w:tag w:val="olyelectra.v2.due-diligence-questionnaire.tr.evidence.references"/>
                <w:id w:val="1970315757"/>
                <w:text w:multiLine="1"/>
                <w:showingPlcHdr/>
              </w:sdtPr>
              <w:sdtContent>
                <w:r>
                  <w:rPr>
                    <w:color w:val="667985"/>
                    <w:i/>
                    <w:sz w:val="18"/>
                    <w:lang w:val="tr-TR" w:eastAsia="tr-TR" w:bidi="tr-TR"/>
                  </w:rPr>
                  <w:t xml:space="preserve">Yanıt girmek için tıklayın veya dokunun. Uygun yerde Uygulanamaz yazın.</w:t>
                </w:r>
              </w:sdtContent>
            </w:sdt>
          </w:p>
        </w:tc>
      </w:tr>
    </w:tbl>
    <w:p>
      <w:pPr>
        <w:pStyle w:val="Heading1"/>
        <w:keepNext/>
        <w:spacing w:before="160" w:after="80" w:line="240" w:lineRule="auto"/>
        <w:jc w:val="left"/>
      </w:pPr>
      <w:r>
        <w:rPr>
          <w:rFonts w:ascii="Arial" w:hAnsi="Arial" w:eastAsia="Arial" w:cs="Arial"/>
          <w:b/>
          <w:color w:val="166534"/>
          <w:sz w:val="25"/>
          <w:lang w:val="tr-TR" w:eastAsia="tr-TR" w:bidi="tr-TR"/>
        </w:rPr>
        <w:t>Beyanname ve yetkili imza</w:t>
      </w:r>
    </w:p>
    <w:tbl>
      <w:tblPr>
        <w:tblW w:type="dxa" w:w="10106"/>
        <w:jc w:val="center"/>
        <w:tblLayout w:type="fixed"/>
        <w:tblLook w:firstColumn="1" w:firstRow="1" w:lastColumn="0" w:lastRow="0" w:noHBand="0" w:noVBand="1" w:val="04A0"/>
        <w:tblInd w:w="120" w:type="dxa"/>
        <w:tblCaption w:val="Beyanname ve yetkili imza"/>
        <w:tblDescription w:val="Verdiğim bilgilerin bilgim dâhilinde eksiksiz ve doğru olduğunu, bunları sunmaya yetkili bulunduğumu ve kuruluşun önemli değişiklikleri gecikmeden bildireceğini beyan ederim. Bu formun gönderilmesinin onay, atama, gizlil"/>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keepNext/>
              <w:spacing w:before="0" w:after="0" w:line="240" w:lineRule="auto"/>
              <w:jc w:val="left"/>
            </w:pPr>
            <w:r/>
            <w:r>
              <w:rPr>
                <w:rFonts w:ascii="Arial" w:hAnsi="Arial" w:eastAsia="Arial" w:cs="Arial"/>
                <w:b/>
                <w:i w:val="0"/>
                <w:color w:val="FFFFFF"/>
                <w:sz w:val="18"/>
                <w:lang w:val="tr-TR" w:eastAsia="tr-TR" w:bidi="tr-TR"/>
              </w:rPr>
              <w:t>Beyanname ve yetkili imza</w:t>
            </w:r>
          </w:p>
        </w:tc>
      </w:tr>
      <w:tr>
        <w:trPr>
          <w:trHeight w:hRule="atLeast"/>
          <w:cantSplit/>
        </w:trPr>
        <w:tc>
          <w:tcPr>
            <w:tcW w:type="dxa" w:w="10106"/>
            <w:tcMar>
              <w:top w:w="90" w:type="dxa"/>
              <w:start w:w="120" w:type="dxa"/>
              <w:bottom w:w="90" w:type="dxa"/>
              <w:end w:w="120" w:type="dxa"/>
            </w:tcMar>
            <w:vAlign w:val="center"/>
            <w:shd w:fill="ECFDF3" w:val="clear"/>
          </w:tcPr>
          <w:p>
            <w:pPr>
              <w:keepNext/>
              <w:spacing w:before="0" w:after="0" w:line="252" w:lineRule="auto"/>
              <w:jc w:val="left"/>
            </w:pPr>
            <w:r/>
            <w:r>
              <w:rPr>
                <w:rFonts w:ascii="Arial" w:hAnsi="Arial" w:eastAsia="Arial" w:cs="Arial"/>
                <w:color w:val="102334"/>
                <w:sz w:val="17"/>
                <w:lang w:val="tr-TR" w:eastAsia="tr-TR" w:bidi="tr-TR"/>
              </w:rPr>
              <w:t>Verdiğim bilgilerin bilgim dâhilinde eksiksiz ve doğru olduğunu, bunları sunmaya yetkili bulunduğumu ve kuruluşun önemli değişiklikleri gecikmeden bildireceğini beyan ederim. Bu formun gönderilmesinin onay, atama, gizlilik, bulunabilirlik, münhasırlık, sertifikasyon, proje yapılabilirliği veya işlem yükümlülüğü oluşturmadığını kabul ederim.</w:t>
            </w:r>
          </w:p>
        </w:tc>
      </w:tr>
    </w:tbl>
    <w:tbl>
      <w:tblPr>
        <w:tblW w:type="dxa" w:w="10106"/>
        <w:jc w:val="center"/>
        <w:tblLayout w:type="fixed"/>
        <w:tblLook w:firstColumn="1" w:firstRow="1" w:lastColumn="0" w:lastRow="0" w:noHBand="0" w:noVBand="1" w:val="04A0"/>
        <w:tblInd w:w="120" w:type="dxa"/>
        <w:tblCaption w:val="Beyanname ve yetkili imza"/>
        <w:tblDescription w:val="Beyanname ve yetkili imza: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Talep edilen bilgi</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Yanıt / kanıt referansı</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Yetkili beyan sahibi: tam adı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Yetkili beyan sahibi: tam adı"/>
                <w:tag w:val="olyelectra.v2.due-diligence-questionnaire.tr.declaration.declaration_name"/>
                <w:id w:val="773725186"/>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Pozisyon ve organizasyon</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ozisyon ve organizasyon"/>
                <w:tag w:val="olyelectra.v2.due-diligence-questionnaire.tr.declaration.declaration_title"/>
                <w:id w:val="1119350559"/>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Bu formu göndermeye ilişkin yetki esası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Bu formu göndermeye ilişkin yetki esası"/>
                <w:tag w:val="olyelectra.v2.due-diligence-questionnaire.tr.declaration.declaration_basis"/>
                <w:id w:val="1987170224"/>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İmza</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İmza"/>
                <w:tag w:val="olyelectra.v2.due-diligence-questionnaire.tr.declaration.signature"/>
                <w:id w:val="1662712952"/>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Tarih</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Tarih"/>
                <w:tag w:val="olyelectra.v2.due-diligence-questionnaire.tr.declaration.date"/>
                <w:id w:val="1821214196"/>
                <w:text w:multiLine="1"/>
                <w:showingPlcHdr/>
              </w:sdtPr>
              <w:sdtContent>
                <w:r>
                  <w:rPr>
                    <w:color w:val="667985"/>
                    <w:i/>
                    <w:sz w:val="18"/>
                    <w:lang w:val="tr-TR" w:eastAsia="tr-TR" w:bidi="tr-TR"/>
                  </w:rPr>
                  <w:t xml:space="preserve">Yanıt girmek için tıklayın veya dokunun. Uygun yerde Uygulanamaz yazın.</w:t>
                </w:r>
              </w:sdtContent>
            </w:sdt>
          </w:p>
        </w:tc>
      </w:tr>
    </w:tbl>
    <w:sectPr>
      <w:headerReference w:type="default" r:id="rId9"/>
      <w:footerReference w:type="default" r:id="rId10"/>
      <w:pgSz w:w="11906" w:h="16838"/>
      <w:pgMar w:top="980" w:right="900" w:bottom="950" w:left="900" w:header="35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10106"/>
      <w:jc w:val="center"/>
      <w:tblLayout w:type="fixed"/>
      <w:tblLook w:firstColumn="1" w:firstRow="1" w:lastColumn="0" w:lastRow="0" w:noHBand="0" w:noVBand="1" w:val="04A0"/>
      <w:tblInd w:w="120" w:type="dxa"/>
      <w:tblCaption w:val="Controlled-form footer"/>
      <w:tblDescription w:val="Document code, status, version and page number."/>
    </w:tblPr>
    <w:tblGrid>
      <w:gridCol w:w="3350"/>
      <w:gridCol w:w="4050"/>
      <w:gridCol w:w="2706"/>
    </w:tblGrid>
    <w:tr>
      <w:trPr>
        <w:trHeight w:hRule="atLeast"/>
        <w:tblHeader/>
        <w:cantSplit/>
      </w:trPr>
      <w:tc>
        <w:tcPr>
          <w:tcW w:type="dxa" w:w="3350"/>
          <w:tcMar>
            <w:top w:w="55" w:type="dxa"/>
            <w:start w:w="90" w:type="dxa"/>
            <w:bottom w:w="55" w:type="dxa"/>
            <w:end w:w="90" w:type="dxa"/>
          </w:tcMar>
          <w:vAlign w:val="center"/>
          <w:shd w:fill="F3F6F8" w:val="clear"/>
        </w:tcPr>
        <w:p>
          <w:pPr>
            <w:spacing w:before="0" w:after="0" w:line="240" w:lineRule="auto"/>
            <w:jc w:val="left"/>
          </w:pPr>
          <w:r/>
          <w:r>
            <w:rPr>
              <w:rFonts w:ascii="Arial" w:hAnsi="Arial" w:eastAsia="Arial" w:cs="Arial"/>
              <w:b/>
              <w:i w:val="0"/>
              <w:color w:val="051C2B"/>
              <w:sz w:val="15"/>
              <w:lang w:val="tr-TR" w:eastAsia="tr-TR" w:bidi="tr-TR"/>
            </w:rPr>
            <w:t>OLYE-FRM-DDQ-001 · V2.0</w:t>
          </w:r>
        </w:p>
      </w:tc>
      <w:tc>
        <w:tcPr>
          <w:tcW w:type="dxa" w:w="4050"/>
          <w:tcMar>
            <w:top w:w="55" w:type="dxa"/>
            <w:start w:w="90" w:type="dxa"/>
            <w:bottom w:w="55" w:type="dxa"/>
            <w:end w:w="90" w:type="dxa"/>
          </w:tcMar>
          <w:vAlign w:val="center"/>
          <w:shd w:fill="F3F6F8" w:val="clear"/>
        </w:tcPr>
        <w:p>
          <w:pPr>
            <w:spacing w:before="0" w:after="0" w:line="240" w:lineRule="auto"/>
            <w:jc w:val="center"/>
          </w:pPr>
          <w:r/>
          <w:r>
            <w:rPr>
              <w:rFonts w:ascii="Arial" w:hAnsi="Arial" w:eastAsia="Arial" w:cs="Arial"/>
              <w:b w:val="0"/>
              <w:i w:val="0"/>
              <w:color w:val="526577"/>
              <w:sz w:val="14"/>
              <w:lang w:val="tr-TR" w:eastAsia="tr-TR" w:bidi="tr-TR"/>
            </w:rPr>
            <w:t>Elektronik ortamda görüntülendiğinde kontrollü kurumsal form</w:t>
          </w:r>
        </w:p>
      </w:tc>
      <w:tc>
        <w:tcPr>
          <w:tcW w:type="dxa" w:w="2706"/>
          <w:tcMar>
            <w:top w:w="55" w:type="dxa"/>
            <w:start w:w="90" w:type="dxa"/>
            <w:bottom w:w="55" w:type="dxa"/>
            <w:end w:w="90" w:type="dxa"/>
          </w:tcMar>
          <w:vAlign w:val="center"/>
          <w:shd w:fill="F3F6F8" w:val="clear"/>
        </w:tcPr>
        <w:p>
          <w:pPr>
            <w:spacing w:before="0" w:after="0" w:line="247" w:lineRule="auto"/>
            <w:jc w:val="right"/>
          </w:pPr>
          <w:r>
            <w:rPr>
              <w:rFonts w:ascii="Arial" w:hAnsi="Arial" w:eastAsia="Arial" w:cs="Arial"/>
              <w:b/>
              <w:color w:val="051C2B"/>
              <w:sz w:val="15"/>
              <w:lang w:val="tr-TR" w:eastAsia="tr-TR" w:bidi="tr-TR"/>
            </w:rPr>
            <w:t xml:space="preserve">Sayfa </w:t>
          </w:r>
          <w:r>
            <w:rPr>
              <w:rFonts w:ascii="Arial" w:hAnsi="Arial" w:eastAsia="Arial" w:cs="Arial"/>
              <w:color w:val="526577"/>
              <w:sz w:val="16"/>
              <w:lang w:val="tr-TR" w:eastAsia="tr-TR" w:bidi="tr-TR"/>
            </w:rPr>
            <w:fldChar w:fldCharType="begin"/>
          </w:r>
          <w:r>
            <w:rPr>
              <w:rFonts w:ascii="Arial" w:hAnsi="Arial" w:eastAsia="Arial" w:cs="Arial"/>
              <w:color w:val="526577"/>
              <w:sz w:val="16"/>
              <w:lang w:val="tr-TR" w:eastAsia="tr-TR" w:bidi="tr-TR"/>
            </w:rPr>
            <w:instrText xml:space="preserve">PAGE</w:instrText>
          </w:r>
          <w:r>
            <w:rPr>
              <w:rFonts w:ascii="Arial" w:hAnsi="Arial" w:eastAsia="Arial" w:cs="Arial"/>
              <w:color w:val="526577"/>
              <w:sz w:val="16"/>
              <w:lang w:val="tr-TR" w:eastAsia="tr-TR" w:bidi="tr-TR"/>
            </w:rPr>
            <w:fldChar w:fldCharType="separate"/>
          </w:r>
          <w:r>
            <w:rPr>
              <w:rFonts w:ascii="Arial" w:hAnsi="Arial" w:eastAsia="Arial" w:cs="Arial"/>
              <w:color w:val="526577"/>
              <w:sz w:val="16"/>
              <w:lang w:val="tr-TR" w:eastAsia="tr-TR" w:bidi="tr-TR"/>
            </w:rPr>
            <w:instrText xml:space="preserve">1</w:instrText>
          </w:r>
          <w:r>
            <w:rPr>
              <w:rFonts w:ascii="Arial" w:hAnsi="Arial" w:eastAsia="Arial" w:cs="Arial"/>
              <w:color w:val="526577"/>
              <w:sz w:val="16"/>
              <w:lang w:val="tr-TR" w:eastAsia="tr-TR" w:bidi="tr-TR"/>
            </w:rPr>
            <w:fldChar w:fldCharType="end"/>
          </w:r>
          <w:r>
            <w:rPr>
              <w:rFonts w:ascii="Arial" w:hAnsi="Arial" w:eastAsia="Arial" w:cs="Arial"/>
              <w:color w:val="526577"/>
              <w:sz w:val="15"/>
              <w:lang w:val="tr-TR" w:eastAsia="tr-TR" w:bidi="tr-TR"/>
            </w:rPr>
            <w:t xml:space="preserve"> / </w:t>
          </w:r>
          <w:r>
            <w:rPr>
              <w:rFonts w:ascii="Arial" w:hAnsi="Arial" w:eastAsia="Arial" w:cs="Arial"/>
              <w:color w:val="526577"/>
              <w:sz w:val="16"/>
              <w:lang w:val="tr-TR" w:eastAsia="tr-TR" w:bidi="tr-TR"/>
            </w:rPr>
            <w:fldChar w:fldCharType="begin"/>
          </w:r>
          <w:r>
            <w:rPr>
              <w:rFonts w:ascii="Arial" w:hAnsi="Arial" w:eastAsia="Arial" w:cs="Arial"/>
              <w:color w:val="526577"/>
              <w:sz w:val="16"/>
              <w:lang w:val="tr-TR" w:eastAsia="tr-TR" w:bidi="tr-TR"/>
            </w:rPr>
            <w:instrText xml:space="preserve">NUMPAGES</w:instrText>
          </w:r>
          <w:r>
            <w:rPr>
              <w:rFonts w:ascii="Arial" w:hAnsi="Arial" w:eastAsia="Arial" w:cs="Arial"/>
              <w:color w:val="526577"/>
              <w:sz w:val="16"/>
              <w:lang w:val="tr-TR" w:eastAsia="tr-TR" w:bidi="tr-TR"/>
            </w:rPr>
            <w:fldChar w:fldCharType="separate"/>
          </w:r>
          <w:r>
            <w:rPr>
              <w:rFonts w:ascii="Arial" w:hAnsi="Arial" w:eastAsia="Arial" w:cs="Arial"/>
              <w:color w:val="526577"/>
              <w:sz w:val="16"/>
              <w:lang w:val="tr-TR" w:eastAsia="tr-TR" w:bidi="tr-TR"/>
            </w:rPr>
            <w:instrText xml:space="preserve">1</w:instrText>
          </w:r>
          <w:r>
            <w:rPr>
              <w:rFonts w:ascii="Arial" w:hAnsi="Arial" w:eastAsia="Arial" w:cs="Arial"/>
              <w:color w:val="526577"/>
              <w:sz w:val="16"/>
              <w:lang w:val="tr-TR" w:eastAsia="tr-TR" w:bidi="tr-TR"/>
            </w:rP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10106"/>
      <w:jc w:val="center"/>
      <w:tblLayout w:type="fixed"/>
      <w:tblLook w:firstColumn="1" w:firstRow="1" w:lastColumn="0" w:lastRow="0" w:noHBand="0" w:noVBand="1" w:val="04A0"/>
      <w:tblInd w:w="120" w:type="dxa"/>
      <w:tblCaption w:val="OLYELECTRA document header"/>
      <w:tblDescription w:val="OLYELECTRA wordmark and controlled-form identity."/>
    </w:tblPr>
    <w:tblGrid>
      <w:gridCol w:w="4600"/>
      <w:gridCol w:w="5506"/>
    </w:tblGrid>
    <w:tr>
      <w:trPr>
        <w:trHeight w:hRule="atLeast"/>
        <w:tblHeader/>
        <w:cantSplit/>
      </w:trPr>
      <w:tc>
        <w:tcPr>
          <w:tcW w:type="dxa" w:w="4600"/>
          <w:tcMar>
            <w:top w:w="70" w:type="dxa"/>
            <w:start w:w="130" w:type="dxa"/>
            <w:bottom w:w="70" w:type="dxa"/>
            <w:end w:w="130" w:type="dxa"/>
          </w:tcMar>
          <w:vAlign w:val="center"/>
          <w:shd w:fill="051C2B" w:val="clear"/>
        </w:tcPr>
        <w:p>
          <w:pPr>
            <w:spacing w:before="0" w:after="0" w:line="247" w:lineRule="auto"/>
            <w:jc w:val="left"/>
          </w:pPr>
          <w:r>
            <w:drawing>
              <wp:inline xmlns:a="http://schemas.openxmlformats.org/drawingml/2006/main" xmlns:pic="http://schemas.openxmlformats.org/drawingml/2006/picture">
                <wp:extent cx="2057400" cy="411480"/>
                <wp:docPr id="1" name="OLYELECTRA wordmark" descr="OLYELECTRA wordmark"/>
                <wp:cNvGraphicFramePr>
                  <a:graphicFrameLocks noChangeAspect="1"/>
                </wp:cNvGraphicFramePr>
                <a:graphic>
                  <a:graphicData uri="http://schemas.openxmlformats.org/drawingml/2006/picture">
                    <pic:pic>
                      <pic:nvPicPr>
                        <pic:cNvPr id="0" name="olyelectra-logo-dark.png"/>
                        <pic:cNvPicPr/>
                      </pic:nvPicPr>
                      <pic:blipFill>
                        <a:blip r:embed="rId1"/>
                        <a:stretch>
                          <a:fillRect/>
                        </a:stretch>
                      </pic:blipFill>
                      <pic:spPr>
                        <a:xfrm>
                          <a:off x="0" y="0"/>
                          <a:ext cx="2057400" cy="411480"/>
                        </a:xfrm>
                        <a:prstGeom prst="rect"/>
                      </pic:spPr>
                    </pic:pic>
                  </a:graphicData>
                </a:graphic>
              </wp:inline>
            </w:drawing>
          </w:r>
        </w:p>
      </w:tc>
      <w:tc>
        <w:tcPr>
          <w:tcW w:type="dxa" w:w="5506"/>
          <w:tcMar>
            <w:top w:w="70" w:type="dxa"/>
            <w:start w:w="130" w:type="dxa"/>
            <w:bottom w:w="70" w:type="dxa"/>
            <w:end w:w="130" w:type="dxa"/>
          </w:tcMar>
          <w:vAlign w:val="center"/>
          <w:shd w:fill="051C2B" w:val="clear"/>
        </w:tcPr>
        <w:p>
          <w:pPr>
            <w:spacing w:before="0" w:after="0" w:line="247" w:lineRule="auto"/>
            <w:jc w:val="right"/>
          </w:pPr>
          <w:r>
            <w:rPr>
              <w:rFonts w:ascii="Arial" w:hAnsi="Arial" w:eastAsia="Arial" w:cs="Arial"/>
              <w:b/>
              <w:color w:val="FFFFFF"/>
              <w:sz w:val="16"/>
              <w:lang w:val="tr-TR" w:eastAsia="tr-TR" w:bidi="tr-TR"/>
            </w:rPr>
            <w:t>YENİLENEBİLİR ENERJİ, DEPOLAMA VE ELEKTRİFİKASYON</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tr-TR" w:eastAsia="tr-TR" w:bidi="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0" w:lineRule="auto"/>
    </w:pPr>
    <w:rPr>
      <w:rFonts w:ascii="Arial" w:hAnsi="Arial" w:eastAsia="Arial" w:cs="Arial"/>
      <w:color w:val="102334"/>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cs="Arial"/>
      <w:b/>
      <w:bCs/>
      <w:color w:val="166534"/>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s="Arial"/>
      <w:b/>
      <w:color w:val="051C2B"/>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cs="Arial"/>
      <w:i/>
      <w:iCs/>
      <w:color w:val="526577"/>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olyvenra.com/?lang=tr&amp;legal=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Enerji Karşı Taraf Durum Tespiti Anketi</dc:title>
  <dc:subject>Kimlik, dürüstlük, finansal, tedarik zinciri, çevresel/sosyal ve bilgi güvenliği incelemesi</dc:subject>
  <dc:creator/>
  <cp:keywords>OLYELECTRA, renewable energy, energy storage, grid, due diligence, document control</cp:keywords>
  <dc:description>Controlled OLYELECTRA form OLYE-FRM-DDQ-001 V2.0.</dc:description>
  <cp:lastModifiedBy/>
  <cp:revision>1</cp:revision>
  <dcterms:created xsi:type="dcterms:W3CDTF">2013-12-23T23:15:00Z</dcterms:created>
  <dcterms:modified xsi:type="dcterms:W3CDTF">2013-12-23T23:15:00Z</dcterms:modified>
  <cp:category/>
</cp:coreProperties>
</file>