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left"/>
      </w:pPr>
      <w:r>
        <w:rPr>
          <w:rFonts w:ascii="Arial" w:hAnsi="Arial" w:eastAsia="Arial" w:cs="Arial"/>
          <w:b/>
          <w:color w:val="051C2B"/>
          <w:sz w:val="42"/>
          <w:lang w:val="tr-TR" w:eastAsia="tr-TR" w:bidi="tr-TR"/>
        </w:rPr>
        <w:t>Yenilenebilir Enerji Projesi İhtiyaç Formu</w:t>
      </w:r>
    </w:p>
    <w:p>
      <w:pPr>
        <w:pStyle w:val="Subtitle"/>
        <w:spacing w:before="0" w:after="140" w:line="240" w:lineRule="auto"/>
        <w:jc w:val="left"/>
      </w:pPr>
      <w:r>
        <w:rPr>
          <w:rFonts w:ascii="Arial" w:hAnsi="Arial" w:eastAsia="Arial" w:cs="Arial"/>
          <w:color w:val="526577"/>
          <w:sz w:val="19"/>
          <w:lang w:val="tr-TR" w:eastAsia="tr-TR" w:bidi="tr-TR"/>
        </w:rPr>
        <w:t>Yenilenebilir üretim, depolama, şebeke ve elektrifikasyon programları için yapılandırılmış alım</w:t>
      </w:r>
    </w:p>
    <w:tbl>
      <w:tblPr>
        <w:tblW w:type="dxa" w:w="10106"/>
        <w:jc w:val="center"/>
        <w:tblLayout w:type="fixed"/>
        <w:tblLook w:firstColumn="1" w:firstRow="1" w:lastColumn="0" w:lastRow="0" w:noHBand="0" w:noVBand="1" w:val="04A0"/>
        <w:tblInd w:w="120" w:type="dxa"/>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Belge kodu</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OLYE-FRM-RPR-001</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Sürüm / yürürlük tarihi</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2.0 / 2 Ağustos 2026</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Sınıflandırma</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Kontrollü kurumsal form</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Belge sahibi</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OLYELECTRA — OLYVENRA LTD</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Dil</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Türkçe</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tr-TR" w:eastAsia="tr-TR" w:bidi="tr-TR"/>
              </w:rPr>
              <w:t>Durum</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tr-TR" w:eastAsia="tr-TR" w:bidi="tr-TR"/>
              </w:rPr>
              <w:t>Yayına hazır / kontrollü ana nüsha</w:t>
            </w:r>
          </w:p>
        </w:tc>
      </w:tr>
    </w:tbl>
    <w:tbl>
      <w:tblPr>
        <w:tblW w:type="dxa" w:w="10106"/>
        <w:jc w:val="center"/>
        <w:tblLayout w:type="fixed"/>
        <w:tblLook w:firstColumn="1" w:firstRow="1" w:lastColumn="0" w:lastRow="0" w:noHBand="0" w:noVBand="1" w:val="04A0"/>
        <w:tblInd w:w="120" w:type="dxa"/>
        <w:tblCaption w:val="Amaç"/>
        <w:tblDescription w:val="Hassas olmayan bir enerji projesi gereksinimini tanımlamak için bu formu kullanın. OLYELECTRA, nitelikli bir sonraki adımı önermeden önce sponsor otoritesini, siteyi, kaynak/yük verilerini, şebeke rotasını, teknolojiyi, "/>
      </w:tblPr>
      <w:tblGrid>
        <w:gridCol w:w="10106"/>
      </w:tblGrid>
      <w:tr>
        <w:trPr>
          <w:trHeight w:hRule="atLeast"/>
          <w:tblHeader/>
          <w:cantSplit/>
        </w:trPr>
        <w:tc>
          <w:tcPr>
            <w:tcW w:type="dxa" w:w="10106"/>
            <w:tcMar>
              <w:top w:w="90" w:type="dxa"/>
              <w:start w:w="120" w:type="dxa"/>
              <w:bottom w:w="90" w:type="dxa"/>
              <w:end w:w="120" w:type="dxa"/>
            </w:tcMar>
            <w:vAlign w:val="center"/>
            <w:shd w:fill="166534" w:val="clear"/>
          </w:tcPr>
          <w:p>
            <w:pPr>
              <w:spacing w:before="0" w:after="0" w:line="240" w:lineRule="auto"/>
              <w:jc w:val="left"/>
            </w:pPr>
            <w:r/>
            <w:r>
              <w:rPr>
                <w:rFonts w:ascii="Arial" w:hAnsi="Arial" w:eastAsia="Arial" w:cs="Arial"/>
                <w:b/>
                <w:i w:val="0"/>
                <w:color w:val="FFFFFF"/>
                <w:sz w:val="18"/>
                <w:lang w:val="tr-TR" w:eastAsia="tr-TR" w:bidi="tr-TR"/>
              </w:rPr>
              <w:t>Amaç</w:t>
            </w:r>
          </w:p>
        </w:tc>
      </w:tr>
      <w:tr>
        <w:trPr>
          <w:trHeight w:hRule="atLeast"/>
          <w:cantSplit/>
        </w:trPr>
        <w:tc>
          <w:tcPr>
            <w:tcW w:type="dxa" w:w="10106"/>
            <w:tcMar>
              <w:top w:w="90" w:type="dxa"/>
              <w:start w:w="120" w:type="dxa"/>
              <w:bottom w:w="90" w:type="dxa"/>
              <w:end w:w="120" w:type="dxa"/>
            </w:tcMar>
            <w:vAlign w:val="center"/>
            <w:shd w:fill="ECFDF3" w:val="clear"/>
          </w:tcPr>
          <w:p>
            <w:pPr>
              <w:spacing w:before="0" w:after="0" w:line="252" w:lineRule="auto"/>
              <w:jc w:val="left"/>
            </w:pPr>
            <w:r/>
            <w:r>
              <w:rPr>
                <w:rFonts w:ascii="Arial" w:hAnsi="Arial" w:eastAsia="Arial" w:cs="Arial"/>
                <w:color w:val="102334"/>
                <w:sz w:val="17"/>
                <w:lang w:val="tr-TR" w:eastAsia="tr-TR" w:bidi="tr-TR"/>
              </w:rPr>
              <w:t>Hassas olmayan bir enerji projesi gereksinimini tanımlamak için bu formu kullanın. OLYELECTRA, nitelikli bir sonraki adımı önermeden önce sponsor otoritesini, siteyi, kaynak/yük verilerini, şebeke rotasını, teknolojiyi, tedarikçi kanıtlarını, güvenliği, izinleri, ticari varsayımları, programı ve yaşam döngüsü ihtiyaçlarını inceler.</w:t>
            </w:r>
          </w:p>
        </w:tc>
      </w:tr>
    </w:tbl>
    <w:tbl>
      <w:tblPr>
        <w:tblW w:type="dxa" w:w="10106"/>
        <w:jc w:val="center"/>
        <w:tblLayout w:type="fixed"/>
        <w:tblLook w:firstColumn="1" w:firstRow="1" w:lastColumn="0" w:lastRow="0" w:noHBand="0" w:noVBand="1" w:val="04A0"/>
        <w:tblInd w:w="120" w:type="dxa"/>
        <w:tblCaption w:val="Doldurma talimatı"/>
        <w:tblDescription w:val="İlgili tüm alanları doldurun. Kanıtları belge adı, düzenleyen kuruluş, numara, revizyon ve tarih bilgileriyle belirtin. Uygulanamayan alanları gerekçesiyle birlikte “Uygulanamaz” olarak işaretleyin. Tahminleri ölçülmüş v"/>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tr-TR" w:eastAsia="tr-TR" w:bidi="tr-TR"/>
              </w:rPr>
              <w:t>Doldurma talimatı</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tr-TR" w:eastAsia="tr-TR" w:bidi="tr-TR"/>
              </w:rPr>
              <w:t>İlgili tüm alanları doldurun. Kanıtları belge adı, düzenleyen kuruluş, numara, revizyon ve tarih bilgileriyle belirtin. Uygulanamayan alanları gerekçesiyle birlikte “Uygulanamaz” olarak işaretleyin. Tahminleri ölçülmüş veya onaylanmış bilgilerden açıkça ayırın. OLYELECTRA açıklama, güçlendirilmiş durum tespiti veya güvenli veri odası üzerinden bilgi paylaşımı talep edebilir.</w:t>
            </w:r>
          </w:p>
        </w:tc>
      </w:tr>
    </w:tbl>
    <w:tbl>
      <w:tblPr>
        <w:tblW w:type="dxa" w:w="10106"/>
        <w:jc w:val="center"/>
        <w:tblLayout w:type="fixed"/>
        <w:tblLook w:firstColumn="1" w:firstRow="1" w:lastColumn="0" w:lastRow="0" w:noHBand="0" w:noVBand="1" w:val="04A0"/>
        <w:tblInd w:w="120" w:type="dxa"/>
        <w:tblCaption w:val="Gizlilik ve güvenli belge yönetimi"/>
        <w:tblDescription w:val="Kimlik bilgilerini, ayrıntılı şebeke modellerini veya ayarlarını, kritik altyapı şemalarını, kişisel kimlik belgelerini, korunan kişisel verileri ya da kısıtlı ticari bilgileri normal e-posta veya kamuya açık web formu ü"/>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tr-TR" w:eastAsia="tr-TR" w:bidi="tr-TR"/>
              </w:rPr>
              <w:t>Gizlilik ve güvenli belge yönetimi</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tr-TR" w:eastAsia="tr-TR" w:bidi="tr-TR"/>
              </w:rPr>
              <w:t>Kimlik bilgilerini, ayrıntılı şebeke modellerini veya ayarlarını, kritik altyapı şemalarını, kişisel kimlik belgelerini, korunan kişisel verileri ya da kısıtlı ticari bilgileri normal e-posta veya kamuya açık web formu üzerinden göndermeyin. Onaylı güvenli kanal ve yetkili alıcılar belirlenene kadar yalnızca belge referanslarını paylaşın.</w:t>
            </w:r>
          </w:p>
          <w:p>
            <w:pPr>
              <w:spacing w:before="60" w:after="0" w:line="240" w:lineRule="auto"/>
              <w:jc w:val="left"/>
            </w:pPr>
            <w:hyperlink r:id="rId11">
              <w:r>
                <w:rPr>
                  <w:color w:val="166534"/>
                  <w:u w:val="single"/>
                </w:rPr>
                <w:t>OLYVENRA Gizlilik Bildirimi'ni okuyun</w:t>
              </w:r>
            </w:hyperlink>
          </w:p>
        </w:tc>
      </w:tr>
    </w:tbl>
    <w:tbl>
      <w:tblPr>
        <w:tblW w:type="dxa" w:w="10106"/>
        <w:jc w:val="center"/>
        <w:tblLayout w:type="fixed"/>
        <w:tblLook w:firstColumn="1" w:firstRow="1" w:lastColumn="0" w:lastRow="0" w:noHBand="0" w:noVBand="1" w:val="04A0"/>
        <w:tblInd w:w="120" w:type="dxa"/>
        <w:tblCaption w:val="Proje yetkisi, güvenlik ve kanıt sınırı"/>
        <w:tblDescription w:val="Bu form teklif, mühendislik onayı, şebeke onayı, izin, ürün sertifikası, üretim veya tasarruf garantisi, finansman taahhüdü, hukuki görüş ya da işlem yükümlülüğü oluşturmaz. Teknik, güvenlik, çevresel, finansal ve düzenl"/>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left"/>
            </w:pPr>
            <w:r/>
            <w:r>
              <w:rPr>
                <w:rFonts w:ascii="Arial" w:hAnsi="Arial" w:eastAsia="Arial" w:cs="Arial"/>
                <w:b/>
                <w:i w:val="0"/>
                <w:color w:val="FFFFFF"/>
                <w:sz w:val="18"/>
                <w:lang w:val="tr-TR" w:eastAsia="tr-TR" w:bidi="tr-TR"/>
              </w:rPr>
              <w:t>Proje yetkisi, güvenlik ve kanıt sınırı</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left"/>
            </w:pPr>
            <w:r/>
            <w:r>
              <w:rPr>
                <w:rFonts w:ascii="Arial" w:hAnsi="Arial" w:eastAsia="Arial" w:cs="Arial"/>
                <w:color w:val="102334"/>
                <w:sz w:val="17"/>
                <w:lang w:val="tr-TR" w:eastAsia="tr-TR" w:bidi="tr-TR"/>
              </w:rPr>
              <w:t>Bu form teklif, mühendislik onayı, şebeke onayı, izin, ürün sertifikası, üretim veya tasarruf garantisi, finansman taahhüdü, hukuki görüş ya da işlem yükümlülüğü oluşturmaz. Teknik, güvenlik, çevresel, finansal ve düzenleyici kararlar yetkin taraflarca projeye özgü kanıtlarla alınmalıdır.</w:t>
            </w:r>
          </w:p>
        </w:tc>
      </w:tr>
    </w:tbl>
    <w:p>
      <w:pPr>
        <w:pStyle w:val="Heading1"/>
        <w:keepNext/>
        <w:spacing w:before="160" w:after="80" w:line="240" w:lineRule="auto"/>
        <w:jc w:val="left"/>
      </w:pPr>
      <w:r>
        <w:rPr>
          <w:rFonts w:ascii="Arial" w:hAnsi="Arial" w:eastAsia="Arial" w:cs="Arial"/>
          <w:b/>
          <w:color w:val="166534"/>
          <w:sz w:val="25"/>
          <w:lang w:val="tr-TR" w:eastAsia="tr-TR" w:bidi="tr-TR"/>
        </w:rPr>
        <w:t>Kuruluş kimliği ve yetkisi</w:t>
      </w:r>
    </w:p>
    <w:tbl>
      <w:tblPr>
        <w:tblW w:type="dxa" w:w="10106"/>
        <w:jc w:val="center"/>
        <w:tblLayout w:type="fixed"/>
        <w:tblLook w:firstColumn="1" w:firstRow="1" w:lastColumn="0" w:lastRow="0" w:noHBand="0" w:noVBand="1" w:val="04A0"/>
        <w:tblInd w:w="120" w:type="dxa"/>
        <w:tblCaption w:val="Kuruluş kimliği ve yetkisi"/>
        <w:tblDescription w:val="Kuruluş kimliği ve yetkisi: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Tam yasal ad, ticari ad ve kuruluş türü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am yasal ad, ticari ad ve kuruluş türü"/>
                <w:tag w:val="olyelectra.v2.buyer-requirement.tr.identity.legal_name"/>
                <w:id w:val="159648888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Kayıt numarası, ülke, vergi durumu ve kayıtlı adres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ayıt numarası, ülke, vergi durumu ve kayıtlı adres"/>
                <w:tag w:val="olyelectra.v2.buyer-requirement.tr.identity.registration"/>
                <w:id w:val="30251299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Kurumsal web sitesi ve doğrulanabilir genel profil</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urumsal web sitesi ve doğrulanabilir genel profil"/>
                <w:tag w:val="olyelectra.v2.buyer-requirement.tr.identity.website"/>
                <w:id w:val="45520307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Yetkili kişi: isim, unvan, departman, e-posta ve telefon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etkili kişi: isim, unvan, departman, e-posta ve telefon"/>
                <w:tag w:val="olyelectra.v2.buyer-requirement.tr.identity.contact"/>
                <w:id w:val="150052826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Kuruluşu temsil etme ve bu formu gönderme yetki esasları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uruluşu temsil etme ve bu formu gönderme yetki esasları"/>
                <w:tag w:val="olyelectra.v2.buyer-requirement.tr.identity.authority_basis"/>
                <w:id w:val="96256811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Proje sahibi, sponsor, ihale makamı ve karar mercii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roje sahibi, sponsor, ihale makamı ve karar mercii"/>
                <w:tag w:val="olyelectra.v2.buyer-requirement.tr.identity.ownership_model"/>
                <w:id w:val="2146447659"/>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Proje amacı, aşaması ve satın alma rotası</w:t>
      </w:r>
    </w:p>
    <w:tbl>
      <w:tblPr>
        <w:tblW w:type="dxa" w:w="10106"/>
        <w:jc w:val="center"/>
        <w:tblLayout w:type="fixed"/>
        <w:tblLook w:firstColumn="1" w:firstRow="1" w:lastColumn="0" w:lastRow="0" w:noHBand="0" w:noVBand="1" w:val="04A0"/>
        <w:tblInd w:w="120" w:type="dxa"/>
        <w:tblCaption w:val="Proje amacı, aşaması ve satın alma rotası"/>
        <w:tblDescription w:val="Proje amacı, aşaması ve satın alma rotası: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Proje veya portföy adı ve dahili referans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roje veya portföy adı ve dahili referans"/>
                <w:tag w:val="olyelectra.v2.buyer-requirement.tr.project.project_name"/>
                <w:id w:val="43167143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İş, enerji, dayanıklılık, iklim veya kamu hizmeti hedefi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ş, enerji, dayanıklılık, iklim veya kamu hizmeti hedefi"/>
                <w:tag w:val="olyelectra.v2.buyer-requirement.tr.project.project_purpose"/>
                <w:id w:val="106393850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Mevcut aşama: konsept, fizibilite, geliştirme, şebeke, satın alma, finans, inşaat veya operasyonlar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evcut aşama: konsept, fizibilite, geliştirme, şebeke, satın alma, finans, inşaat veya operasyonlar"/>
                <w:tag w:val="olyelectra.v2.buyer-requirement.tr.project.project_stage"/>
                <w:id w:val="61204850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Teknoloji ailesi veya entegre çözüm talep edildi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eknoloji ailesi veya entegre çözüm talep edildi"/>
                <w:tag w:val="olyelectra.v2.buyer-requirement.tr.project.technology_family"/>
                <w:id w:val="198208019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Gösterge niteliğindeki üretim, depolama, şarj, termal veya yük kapasitesi ve birimleri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Gösterge niteliğindeki üretim, depolama, şarj, termal veya yük kapasitesi ve birimleri"/>
                <w:tag w:val="olyelectra.v2.buyer-requirement.tr.project.capacity"/>
                <w:id w:val="127004860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Tedarik, ihale, çerçeve, PPA, kiralama, EPC veya hizmet rotası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edarik, ihale, çerçeve, PPA, kiralama, EPC veya hizmet rotası"/>
                <w:tag w:val="olyelectra.v2.buyer-requirement.tr.project.procurement_route"/>
                <w:id w:val="166310589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OLYELECTRA'dan talep edilen rol ve beklenen teslimatlar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OLYELECTRA'dan talep edilen rol ve beklenen teslimatlar"/>
                <w:tag w:val="olyelectra.v2.buyer-requirement.tr.project.requested_role"/>
                <w:id w:val="210320526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Karar, satın alma, inşaat, enerjilendirme ve işletme aşamaları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arar, satın alma, inşaat, enerjilendirme ve işletme aşamaları"/>
                <w:tag w:val="olyelectra.v2.buyer-requirement.tr.project.schedule"/>
                <w:id w:val="180420760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Açıklanabiliyorsa gösterge bütçe, para birimi, fiyat esası ve onaylar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çıklanabiliyorsa gösterge bütçe, para birimi, fiyat esası ve onaylar"/>
                <w:tag w:val="olyelectra.v2.buyer-requirement.tr.project.budget"/>
                <w:id w:val="391221076"/>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Saha, arazi, izinler ve paydaşlar</w:t>
      </w:r>
    </w:p>
    <w:tbl>
      <w:tblPr>
        <w:tblW w:type="dxa" w:w="10106"/>
        <w:jc w:val="center"/>
        <w:tblLayout w:type="fixed"/>
        <w:tblLook w:firstColumn="1" w:firstRow="1" w:lastColumn="0" w:lastRow="0" w:noHBand="0" w:noVBand="1" w:val="04A0"/>
        <w:tblInd w:w="120" w:type="dxa"/>
        <w:tblCaption w:val="Saha, arazi, izinler ve paydaşlar"/>
        <w:tblDescription w:val="Saha, arazi, izinler ve paydaşlar: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Ülke, bölge ve hassas olmayan site/konum açıklaması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Ülke, bölge ve hassas olmayan site/konum açıklaması"/>
                <w:tag w:val="olyelectra.v2.buyer-requirement.tr.site.site_address"/>
                <w:id w:val="157331721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Arsa, çatı veya tesis mülkiyeti/kira hakları ve erişim yetkisi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rsa, çatı veya tesis mülkiyeti/kira hakları ve erişim yetkisi"/>
                <w:tag w:val="olyelectra.v2.buyer-requirement.tr.site.site_rights"/>
                <w:id w:val="189116854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Sıfırdan, kahverengi alan, işletme varlığı, güçlendirme, genişletme veya yeniden güçlendirme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ıfırdan, kahverengi alan, işletme varlığı, güçlendirme, genişletme veya yeniden güçlendirme"/>
                <w:tag w:val="olyelectra.v2.buyer-requirement.tr.site.site_status"/>
                <w:id w:val="56412998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Mevcut topografik, jeoteknik, yapısal, hidrolojik veya diğer araştırmalar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evcut topografik, jeoteknik, yapısal, hidrolojik veya diğer araştırmalar"/>
                <w:tag w:val="olyelectra.v2.buyer-requirement.tr.site.surveys"/>
                <w:id w:val="71489779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Erişim, nakliye, vinç, inşaat, yerleştirme ve çalışma saati kısıtlamaları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Erişim, nakliye, vinç, inşaat, yerleştirme ve çalışma saati kısıtlamaları"/>
                <w:tag w:val="olyelectra.v2.buyer-requirement.tr.site.access_logistics"/>
                <w:id w:val="223312173"/>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Planlama, inşaat, çevre, havacılık, miras ve diğer izin durumu</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lanlama, inşaat, çevre, havacılık, miras ve diğer izin durumu"/>
                <w:tag w:val="olyelectra.v2.buyer-requirement.tr.site.permitting"/>
                <w:id w:val="17262163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Biyoçeşitlilik, su, drenaj, gürültü, görsel, atık ve kirlilik kısıtlamaları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iyoçeşitlilik, su, drenaj, gürültü, görsel, atık ve kirlilik kısıtlamaları"/>
                <w:tag w:val="olyelectra.v2.buyer-requirement.tr.site.environment"/>
                <w:id w:val="95304063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Arazi sahibi, topluluk, yerli halk, kültürel miras ve paydaşların düşünceleri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razi sahibi, topluluk, yerli halk, kültürel miras ve paydaşların düşünceleri"/>
                <w:tag w:val="olyelectra.v2.buyer-requirement.tr.site.community"/>
                <w:id w:val="208469249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Sıcaklık, rüzgar, kar, sel, sismik, korozyon, rakım ve diğer saha koşulları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ıcaklık, rüzgar, kar, sel, sismik, korozyon, rakım ve diğer saha koşulları"/>
                <w:tag w:val="olyelectra.v2.buyer-requirement.tr.site.climate"/>
                <w:id w:val="46238949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Site güvenliği, kritik altyapı ve kontrollü bilgi gereksinimleri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ite güvenliği, kritik altyapı ve kontrollü bilgi gereksinimleri"/>
                <w:tag w:val="olyelectra.v2.buyer-requirement.tr.site.security"/>
                <w:id w:val="1916519229"/>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Kaynak, yük ve performans esası</w:t>
      </w:r>
    </w:p>
    <w:tbl>
      <w:tblPr>
        <w:tblW w:type="dxa" w:w="10106"/>
        <w:jc w:val="center"/>
        <w:tblLayout w:type="fixed"/>
        <w:tblLook w:firstColumn="1" w:firstRow="1" w:lastColumn="0" w:lastRow="0" w:noHBand="0" w:noVBand="1" w:val="04A0"/>
        <w:tblInd w:w="120" w:type="dxa"/>
        <w:tblCaption w:val="Kaynak, yük ve performans esası"/>
        <w:tblDescription w:val="Kaynak, yük ve performans esası: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Güneş, rüzgar, hidro, jeotermal veya diğer kaynak-veri kaynağı, dönemi ve kalitesi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Güneş, rüzgar, hidro, jeotermal veya diğer kaynak-veri kaynağı, dönemi ve kalitesi"/>
                <w:tag w:val="olyelectra.v2.buyer-requirement.tr.energy.resource_data"/>
                <w:id w:val="113376949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Aralık elektrik/termal yük verileri, periyodu, tamlığı ve veri sahibi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ralık elektrik/termal yük verileri, periyodu, tamlığı ve veri sahibi"/>
                <w:tag w:val="olyelectra.v2.buyer-requirement.tr.energy.load_data"/>
                <w:id w:val="37391263"/>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Kritik yükler, dayanıklılık süresi, çalışma kısıtlamaları ve yük önceliği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ritik yükler, dayanıklılık süresi, çalışma kısıtlamaları ve yük önceliği"/>
                <w:tag w:val="olyelectra.v2.buyer-requirement.tr.energy.critical_loads"/>
                <w:id w:val="107210037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Enerji, maliyet veya emisyon referans çizgisi, sınır ve ayarlama yöntemi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Enerji, maliyet veya emisyon referans çizgisi, sınır ve ayarlama yöntemi"/>
                <w:tag w:val="olyelectra.v2.buyer-requirement.tr.energy.baseline"/>
                <w:id w:val="105644880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Verim, tasarruf veya dağıtım modeli, yazılım/sürüm, yazar ve inceleme durumu</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Verim, tasarruf veya dağıtım modeli, yazılım/sürüm, yazar ve inceleme durumu"/>
                <w:tag w:val="olyelectra.v2.buyer-requirement.tr.energy.energy_model"/>
                <w:id w:val="205241617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Kayıp, bozulma, kullanılabilirlik, azalma ve belirsizlik varsayımları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ayıp, bozulma, kullanılabilirlik, azalma ve belirsizlik varsayımları"/>
                <w:tag w:val="olyelectra.v2.buyer-requirement.tr.energy.losses"/>
                <w:id w:val="18536588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Tahmin ve fiili sonuçlar için ölçüm ve ölçüm/doğrulama planı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ahmin ve fiili sonuçlar için ölçüm ve ölçüm/doğrulama planı"/>
                <w:tag w:val="olyelectra.v2.buyer-requirement.tr.energy.measurement"/>
                <w:id w:val="123074524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Önerilen tasarruf, verim, emisyon veya yenilenebilir iddialar ve kanıt metodolojisi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Önerilen tasarruf, verim, emisyon veya yenilenebilir iddialar ve kanıt metodolojisi"/>
                <w:tag w:val="olyelectra.v2.buyer-requirement.tr.energy.claims"/>
                <w:id w:val="208421595"/>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Şebeke bağlantısı ve elektrik sistemi entegrasyonu</w:t>
      </w:r>
    </w:p>
    <w:tbl>
      <w:tblPr>
        <w:tblW w:type="dxa" w:w="10106"/>
        <w:jc w:val="center"/>
        <w:tblLayout w:type="fixed"/>
        <w:tblLook w:firstColumn="1" w:firstRow="1" w:lastColumn="0" w:lastRow="0" w:noHBand="0" w:noVBand="1" w:val="04A0"/>
        <w:tblInd w:w="120" w:type="dxa"/>
        <w:tblCaption w:val="Şebeke bağlantısı ve elektrik sistemi entegrasyonu"/>
        <w:tblDescription w:val="Şebeke bağlantısı ve elektrik sistemi entegrasyonu: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İlgili ağ/yardımcı hizmet operatörü ve adlandırılmış uygulama rotası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lgili ağ/yardımcı hizmet operatörü ve adlandırılmış uygulama rotası"/>
                <w:tag w:val="olyelectra.v2.buyer-requirement.tr.grid.network_operator"/>
                <w:id w:val="176096290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Önerilen bağlantı noktası, voltaj, içe/dışa aktarma kapasitesi ve sahiplik sınırı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Önerilen bağlantı noktası, voltaj, içe/dışa aktarma kapasitesi ve sahiplik sınırı"/>
                <w:tag w:val="olyelectra.v2.buyer-requirement.tr.grid.connection_point"/>
                <w:id w:val="38627522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Başvuru, kuyruk, teklif, çalışma, anlaşma ve onay durumu</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aşvuru, kuyruk, teklif, çalışma, anlaşma ve onay durumu"/>
                <w:tag w:val="olyelectra.v2.buyer-requirement.tr.grid.grid_status"/>
                <w:id w:val="154068175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Yük akışı, kısa devre, koruma, harmonik, kararlılık veya diğer çalışma durumları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ük akışı, kısa devre, koruma, harmonik, kararlılık veya diğer çalışma durumları"/>
                <w:tag w:val="olyelectra.v2.buyer-requirement.tr.grid.grid_studies"/>
                <w:id w:val="39719428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İhracat/ithalat limitleri, kesin olmayan şartlar, kısıtlama ve faaliyet süreleri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hracat/ithalat limitleri, kesin olmayan şartlar, kısıtlama ve faaliyet süreleri"/>
                <w:tag w:val="olyelectra.v2.buyer-requirement.tr.grid.export_limits"/>
                <w:id w:val="16110155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Koruma, topraklama, izolasyon, adalanmayı önleme ve arayüz felsefesi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oruma, topraklama, izolasyon, adalanmayı önleme ve arayüz felsefesi"/>
                <w:tag w:val="olyelectra.v2.buyer-requirement.tr.grid.protection"/>
                <w:id w:val="212254030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Reaktif güç, harmonikler, titreşim, gerilim ve şebeke kodu gereksinimleri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Reaktif güç, harmonikler, titreşim, gerilim ve şebeke kodu gereksinimleri"/>
                <w:tag w:val="olyelectra.v2.buyer-requirement.tr.grid.power_quality"/>
                <w:id w:val="137427440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Gelir/ödeme ölçümü, telemetri, iletişim ve veri sorumlulukları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Gelir/ödeme ölçümü, telemetri, iletişim ve veri sorumlulukları"/>
                <w:tag w:val="olyelectra.v2.buyer-requirement.tr.grid.metering"/>
                <w:id w:val="14374433"/>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Tek hat şeması ve elektrik tasarımına dayalı referans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ek hat şeması ve elektrik tasarımına dayalı referans"/>
                <w:tag w:val="olyelectra.v2.buyer-requirement.tr.grid.single_line"/>
                <w:id w:val="110409529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Sorumlu tasarımcı, lisanslı mühendis, ağ onaylayıcısı ve imza rotası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orumlu tasarımcı, lisanslı mühendis, ağ onaylayıcısı ve imza rotası"/>
                <w:tag w:val="olyelectra.v2.buyer-requirement.tr.grid.grid_authority"/>
                <w:id w:val="329210939"/>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Teknoloji, tedarikçi ve kanıt gereksinimleri</w:t>
      </w:r>
    </w:p>
    <w:tbl>
      <w:tblPr>
        <w:tblW w:type="dxa" w:w="10106"/>
        <w:jc w:val="center"/>
        <w:tblLayout w:type="fixed"/>
        <w:tblLook w:firstColumn="1" w:firstRow="1" w:lastColumn="0" w:lastRow="0" w:noHBand="0" w:noVBand="1" w:val="04A0"/>
        <w:tblInd w:w="120" w:type="dxa"/>
        <w:tblCaption w:val="Teknoloji, tedarikçi ve kanıt gereksinimleri"/>
        <w:tblDescription w:val="Teknoloji, tedarikçi ve kanıt gereksinimleri: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Yasal üretici, üretim tesisi, menşe ülkesi ve yetkili tedarik yolu</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asal üretici, üretim tesisi, menşe ülkesi ve yetkili tedarik yolu"/>
                <w:tag w:val="olyelectra.v2.buyer-requirement.tr.technology.manufacturer"/>
                <w:id w:val="189778219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Tam model, konfigürasyon, derecelendirme, revizyon, yazılım/ürün yazılımı ve aksesuarlar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am model, konfigürasyon, derecelendirme, revizyon, yazılım/ürün yazılımı ve aksesuarlar"/>
                <w:tag w:val="olyelectra.v2.buyer-requirement.tr.technology.model"/>
                <w:id w:val="162523465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Sözleşmeye, yetki alanına ve ürüne özgü standartlar/kodlar ve gerekli sürümler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özleşmeye, yetki alanına ve ürüne özgü standartlar/kodlar ve gerekli sürümler"/>
                <w:tag w:val="olyelectra.v2.buyer-requirement.tr.technology.standards"/>
                <w:id w:val="30492465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Güncel tip, güvenlik, performans, çevre ve uygunluk raporları/sertifikaları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Güncel tip, güvenlik, performans, çevre ve uygunluk raporları/sertifikaları"/>
                <w:tag w:val="olyelectra.v2.buyer-requirement.tr.technology.reports"/>
                <w:id w:val="35833775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Karşılaştırılabilir işletme projesi referansları, ülke, kapasite, yaş ve müşteri iletişim yolu</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arşılaştırılabilir işletme projesi referansları, ülke, kapasite, yaş ve müşteri iletişim yolu"/>
                <w:tag w:val="olyelectra.v2.buyer-requirement.tr.technology.references"/>
                <w:id w:val="13132468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Üretim kapasitesi, teslim süresi, fabrika denetimi ve kalite serbest bırakma düzenlemeleri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Üretim kapasitesi, teslim süresi, fabrika denetimi ve kalite serbest bırakma düzenlemeleri"/>
                <w:tag w:val="olyelectra.v2.buyer-requirement.tr.technology.factory"/>
                <w:id w:val="114754995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Onaylanmış eşdeğer, tasarım değişikliği, bileşen değişikliği ve bildirim kuralları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Onaylanmış eşdeğer, tasarım değişikliği, bileşen değişikliği ve bildirim kuralları"/>
                <w:tag w:val="olyelectra.v2.buyer-requirement.tr.technology.substitution"/>
                <w:id w:val="142890728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Denetim, fabrika/saha kabulü, devreye alma ve performans testi kriterleri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enetim, fabrika/saha kabulü, devreye alma ve performans testi kriterleri"/>
                <w:tag w:val="olyelectra.v2.buyer-requirement.tr.technology.acceptance"/>
                <w:id w:val="9746313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Gerekli çizimler, modeller, hesaplamalar, kılavuzlar, eğitim ve uygulama kayıtları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Gerekli çizimler, modeller, hesaplamalar, kılavuzlar, eğitim ve uygulama kayıtları"/>
                <w:tag w:val="olyelectra.v2.buyer-requirement.tr.technology.documentation"/>
                <w:id w:val="53647246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Yerel servis, yedek parçalar, üst kademeye iletme, uzaktan destek ve yanıt süresi yeteneği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erel servis, yedek parçalar, üst kademeye iletme, uzaktan destek ve yanıt süresi yeteneği"/>
                <w:tag w:val="olyelectra.v2.buyer-requirement.tr.technology.support"/>
                <w:id w:val="523045488"/>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Varsa depolama, mikro şebeke ve EV şarj gereksinimleri</w:t>
      </w:r>
    </w:p>
    <w:tbl>
      <w:tblPr>
        <w:tblW w:type="dxa" w:w="10106"/>
        <w:jc w:val="center"/>
        <w:tblLayout w:type="fixed"/>
        <w:tblLook w:firstColumn="1" w:firstRow="1" w:lastColumn="0" w:lastRow="0" w:noHBand="0" w:noVBand="1" w:val="04A0"/>
        <w:tblInd w:w="120" w:type="dxa"/>
        <w:tblCaption w:val="Varsa depolama, mikro şebeke ve EV şarj gereksinimleri"/>
        <w:tblDescription w:val="Varsa depolama, mikro şebeke ve EV şarj gereksinimleri: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BESS kullanım durumu, MW/MWh, süre, görev döngüsü, şarj durumu ve sevk öncelikleri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ESS kullanım durumu, MW/MWh, süre, görev döngüsü, şarj durumu ve sevk öncelikleri"/>
                <w:tag w:val="olyelectra.v2.buyer-requirement.tr.storage_ev.storage_use"/>
                <w:id w:val="124314906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Kimya, hücre/modül/raf/konteyner, PCS, HVAC, BMS, EMS ve sistem entegratörü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imya, hücre/modül/raf/konteyner, PCS, HVAC, BMS, EMS ve sistem entegratörü"/>
                <w:tag w:val="olyelectra.v2.buyer-requirement.tr.storage_ev.battery_system"/>
                <w:id w:val="58889423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Döngüler/iş hacmi, bozulma, artırma, garanti ve kullanım ömrü sonu varsayımları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öngüler/iş hacmi, bozulma, artırma, garanti ve kullanım ömrü sonu varsayımları"/>
                <w:tag w:val="olyelectra.v2.buyer-requirement.tr.storage_ev.battery_life"/>
                <w:id w:val="45392988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Algılama, izolasyon, havalandırma, yayılma, yangına müdahale ve acil durum planı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lgılama, izolasyon, havalandırma, yayılma, yangına müdahale ve acil durum planı"/>
                <w:tag w:val="olyelectra.v2.buyer-requirement.tr.storage_ev.fire_strategy"/>
                <w:id w:val="170117699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Ada modu, yeniden senkronizasyon, kararsız çalıştırma, jeneratör/yenilenebilir koordinasyon ve kritik yükler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da modu, yeniden senkronizasyon, kararsız çalıştırma, jeneratör/yenilenebilir koordinasyon ve kritik yükler"/>
                <w:tag w:val="olyelectra.v2.buyer-requirement.tr.storage_ev.microgrid"/>
                <w:id w:val="58307695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Araç sınıfları, filo büyüklüğü, rota, enerji, bekleme süresi, geri dönüş ve büyüme tahmini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raç sınıfları, filo büyüklüğü, rota, enerji, bekleme süresi, geri dönüş ve büyüme tahmini"/>
                <w:tag w:val="olyelectra.v2.buyer-requirement.tr.storage_ev.ev_demand"/>
                <w:id w:val="144027314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AC/DC şarj cihazı miktarı, güç, konektör, erişilebilirlik, kablo ve çevresel ihtiyaçlar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C/DC şarj cihazı miktarı, güç, konektör, erişilebilirlik, kablo ve çevresel ihtiyaçlar"/>
                <w:tag w:val="olyelectra.v2.buyer-requirement.tr.storage_ev.ev_hardware"/>
                <w:id w:val="66947205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Arka ofis, ödemeler, dolaşım, yönetilen ücretlendirme, çalışma süresi, veri ve siber gereksinimler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rka ofis, ödemeler, dolaşım, yönetilen ücretlendirme, çalışma süresi, veri ve siber gereksinimler"/>
                <w:tag w:val="olyelectra.v2.buyer-requirement.tr.storage_ev.ev_software"/>
                <w:id w:val="326395087"/>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Ticari, finansman ve program varsayımları</w:t>
      </w:r>
    </w:p>
    <w:tbl>
      <w:tblPr>
        <w:tblW w:type="dxa" w:w="10106"/>
        <w:jc w:val="center"/>
        <w:tblLayout w:type="fixed"/>
        <w:tblLook w:firstColumn="1" w:firstRow="1" w:lastColumn="0" w:lastRow="0" w:noHBand="0" w:noVBand="1" w:val="04A0"/>
        <w:tblInd w:w="120" w:type="dxa"/>
        <w:tblCaption w:val="Ticari, finansman ve program varsayımları"/>
        <w:tblDescription w:val="Ticari, finansman ve program varsayımları: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Satın alma, EPC, PPA, kiralama, hizmet olarak enerji veya önerilen diğer modeller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atın alma, EPC, PPA, kiralama, hizmet olarak enerji veya önerilen diğer modeller"/>
                <w:tag w:val="olyelectra.v2.buyer-requirement.tr.commercial.commercial_model"/>
                <w:id w:val="144261803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Enerji tarifesi, talep ücretleri, ihracat değeri, piyasa geliri ve eskalasyon varsayımları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Enerji tarifesi, talep ücretleri, ihracat değeri, piyasa geliri ve eskalasyon varsayımları"/>
                <w:tag w:val="olyelectra.v2.buyer-requirement.tr.commercial.tariff"/>
                <w:id w:val="820290966"/>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Alıcı, kredi, PPA veya tasarruf paylaşımı durumu ve maddi koşullar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lıcı, kredi, PPA veya tasarruf paylaşımı durumu ve maddi koşullar"/>
                <w:tag w:val="olyelectra.v2.buyer-requirement.tr.commercial.offtake"/>
                <w:id w:val="99989767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Özsermaye/borç/hibe/teşvik yolu, danışman, borç veren ve gerekli finanse edilebilirlik kanıtı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Özsermaye/borç/hibe/teşvik yolu, danışman, borç veren ve gerekli finanse edilebilirlik kanıtı"/>
                <w:tag w:val="olyelectra.v2.buyer-requirement.tr.commercial.finance"/>
                <w:id w:val="49408036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Vergi, gümrük, sübvansiyon, yerel içerik ve teşvik varsayımları ve uygunluk sahibi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Vergi, gümrük, sübvansiyon, yerel içerik ve teşvik varsayımları ve uygunluk sahibi"/>
                <w:tag w:val="olyelectra.v2.buyer-requirement.tr.commercial.tax_incentive"/>
                <w:id w:val="127893563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İnşaat, işletme, mülkiyet, sorumluluk ve uzmanlık sigortası gereksinimleri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nşaat, işletme, mülkiyet, sorumluluk ve uzmanlık sigortası gereksinimleri"/>
                <w:tag w:val="olyelectra.v2.buyer-requirement.tr.commercial.insurance"/>
                <w:id w:val="207368103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Para birimi, vergiler, üst kademeye aktarma, geçerlilik, istisnalar, beklenmedik durumlar ve sahibi tarafından sağlanan öğeler</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ara birimi, vergiler, üst kademeye aktarma, geçerlilik, istisnalar, beklenmedik durumlar ve sahibi tarafından sağlanan öğeler"/>
                <w:tag w:val="olyelectra.v2.buyer-requirement.tr.commercial.price_basis"/>
                <w:id w:val="6953574"/>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Maddi hassasiyetler, emsal koşullar, bağımlılıklar ve tahsis ilkeleri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addi hassasiyetler, emsal koşullar, bağımlılıklar ve tahsis ilkeleri"/>
                <w:tag w:val="olyelectra.v2.buyer-requirement.tr.commercial.commercial_risks"/>
                <w:id w:val="261174960"/>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Güvenlik, kalite, çevre, sosyal ve siber güvenlik</w:t>
      </w:r>
    </w:p>
    <w:tbl>
      <w:tblPr>
        <w:tblW w:type="dxa" w:w="10106"/>
        <w:jc w:val="center"/>
        <w:tblLayout w:type="fixed"/>
        <w:tblLook w:firstColumn="1" w:firstRow="1" w:lastColumn="0" w:lastRow="0" w:noHBand="0" w:noVBand="1" w:val="04A0"/>
        <w:tblInd w:w="120" w:type="dxa"/>
        <w:tblCaption w:val="Güvenlik, kalite, çevre, sosyal ve siber güvenlik"/>
        <w:tblDescription w:val="Güvenlik, kalite, çevre, sosyal ve siber güvenlik: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Tasarım risk listesi, sorumlu mühendisler ve tehlike inceleme durumu</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asarım risk listesi, sorumlu mühendisler ve tehlike inceleme durumu"/>
                <w:tag w:val="olyelectra.v2.buyer-requirement.tr.safety.design_risk"/>
                <w:id w:val="209002539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Elektrik güvenliği, ark parlaması, kilitleme/etiketleme, erişim ve güvenli izolasyon yaklaşımı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Elektrik güvenliği, ark parlaması, kilitleme/etiketleme, erişim ve güvenli izolasyon yaklaşımı"/>
                <w:tag w:val="olyelectra.v2.buyer-requirement.tr.safety.electrical_safety"/>
                <w:id w:val="82970316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Yapısal, yangın, termal kaçak ve acil durum hizmetleri arayüzü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apısal, yangın, termal kaçak ve acil durum hizmetleri arayüzü"/>
                <w:tag w:val="olyelectra.v2.buyer-requirement.tr.safety.structural_fire"/>
                <w:id w:val="1529856937"/>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İnşaat ve operasyon HSE yönetimi, yeterlilik ve olay üst kademeye iletme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nşaat ve operasyon HSE yönetimi, yeterlilik ve olay üst kademeye iletme"/>
                <w:tag w:val="olyelectra.v2.buyer-requirement.tr.safety.hse"/>
                <w:id w:val="55823171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Proje kalite planı, muayene/test planı, uygunsuzluk ve değişiklik kontrolü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roje kalite planı, muayene/test planı, uygunsuzluk ve değişiklik kontrolü"/>
                <w:tag w:val="olyelectra.v2.buyer-requirement.tr.safety.quality_plan"/>
                <w:id w:val="177637994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Çevresel/sosyal tarama, izinler, hafifletme ve mülkiyetin izlenmesi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Çevresel/sosyal tarama, izinler, hafifletme ve mülkiyetin izlenmesi"/>
                <w:tag w:val="olyelectra.v2.buyer-requirement.tr.safety.es_screening"/>
                <w:id w:val="20421705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Çalışma standartları, zorla çalıştırma/çocuk çalıştırma, çalışanların refahı ve şikayet kontrolleri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Çalışma standartları, zorla çalıştırma/çocuk çalıştırma, çalışanların refahı ve şikayet kontrolleri"/>
                <w:tag w:val="olyelectra.v2.buyer-requirement.tr.safety.labour"/>
                <w:id w:val="1976844678"/>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Siber mimari, uzaktan erişim, roller, yama uygulama, yedekleme, günlük kaydı ve olay müdahalesi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iber mimari, uzaktan erişim, roller, yama uygulama, yedekleme, günlük kaydı ve olay müdahalesi"/>
                <w:tag w:val="olyelectra.v2.buyer-requirement.tr.safety.cyber"/>
                <w:id w:val="1632131350"/>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Veri sahipliği, barındıran ülkeler, gizlilik, saklama ve güvenli aktarım gereklilikleri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Veri sahipliği, barındıran ülkeler, gizlilik, saklama ve güvenli aktarım gereklilikleri"/>
                <w:tag w:val="olyelectra.v2.buyer-requirement.tr.safety.data"/>
                <w:id w:val="24176234"/>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Teslimat, operasyonlar ve döngüsel yaşam döngüsü</w:t>
      </w:r>
    </w:p>
    <w:tbl>
      <w:tblPr>
        <w:tblW w:type="dxa" w:w="10106"/>
        <w:jc w:val="center"/>
        <w:tblLayout w:type="fixed"/>
        <w:tblLook w:firstColumn="1" w:firstRow="1" w:lastColumn="0" w:lastRow="0" w:noHBand="0" w:noVBand="1" w:val="04A0"/>
        <w:tblInd w:w="120" w:type="dxa"/>
        <w:tblCaption w:val="Teslimat, operasyonlar ve döngüsel yaşam döngüsü"/>
        <w:tblDescription w:val="Teslimat, operasyonlar ve döngüsel yaşam döngüsü: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Incoterm, teslimat noktası, paketleme, taşıma, kaldırma ve sahadan teslim alma sorumlulukları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ncoterm, teslimat noktası, paketleme, taşıma, kaldırma ve sahadan teslim alma sorumlulukları"/>
                <w:tag w:val="olyelectra.v2.buyer-requirement.tr.lifecycle.delivery"/>
                <w:id w:val="1901165616"/>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EPC arayüzleri, etkinleştirme işleri, geçici hizmetler ve inşaat sorumluluk matrisi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EPC arayüzleri, etkinleştirme işleri, geçici hizmetler ve inşaat sorumluluk matrisi"/>
                <w:tag w:val="olyelectra.v2.buyer-requirement.tr.lifecycle.construction"/>
                <w:id w:val="188493534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İşletmeye alma öncesi, enerjilendirme, test, kabul ve devir sorumlulukları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şletmeye alma öncesi, enerjilendirme, test, kabul ve devir sorumlulukları"/>
                <w:tag w:val="olyelectra.v2.buyer-requirement.tr.lifecycle.commissioning"/>
                <w:id w:val="1184072192"/>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Operatör/bakıcı eğitimi, yeterlilik kanıtı ve bilgi tazeleme gereklilikleri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Operatör/bakıcı eğitimi, yeterlilik kanıtı ve bilgi tazeleme gereklilikleri"/>
                <w:tag w:val="olyelectra.v2.buyer-requirement.tr.lifecycle.training"/>
                <w:id w:val="2202888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Önleyici/düzeltici İşletme ve Bakım, denetim, temizlik, bitki örtüsü ve hizmet düzeyi kapsamı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Önleyici/düzeltici İşletme ve Bakım, denetim, temizlik, bitki örtüsü ve hizmet düzeyi kapsamı"/>
                <w:tag w:val="olyelectra.v2.buyer-requirement.tr.lifecycle.om"/>
                <w:id w:val="608020246"/>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Kritik yedek parçalar, sarf malzemeleri, aletler, teslim süreleri ve eskime stratejisi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Kritik yedek parçalar, sarf malzemeleri, aletler, teslim süreleri ve eskime stratejisi"/>
                <w:tag w:val="olyelectra.v2.buyer-requirement.tr.lifecycle.spares"/>
                <w:id w:val="43236263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Ürün, işçilik ve performans garantileri, istisnalar ve talep süreci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Ürün, işçilik ve performans garantileri, istisnalar ve talep süreci"/>
                <w:tag w:val="olyelectra.v2.buyer-requirement.tr.lifecycle.warranty"/>
                <w:id w:val="59872341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Varlık izleme, KPI, alarmlar, raporlar, performans incelemesi ve veri erişimi</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Varlık izleme, KPI, alarmlar, raporlar, performans incelemesi ve veri erişimi"/>
                <w:tag w:val="olyelectra.v2.buyer-requirement.tr.lifecycle.monitoring"/>
                <w:id w:val="1597207391"/>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Geri alma, geri dönüşüm, atık sınıflandırması, üretici sorumluluğu ve hizmetten çıkarma planı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Geri alma, geri dönüşüm, atık sınıflandırması, üretici sorumluluğu ve hizmetten çıkarma planı"/>
                <w:tag w:val="olyelectra.v2.buyer-requirement.tr.lifecycle.circularity"/>
                <w:id w:val="1002468460"/>
                <w:text w:multiLine="1"/>
                <w:showingPlcHdr/>
              </w:sdtPr>
              <w:sdtContent>
                <w:r>
                  <w:rPr>
                    <w:color w:val="667985"/>
                    <w:i/>
                    <w:sz w:val="18"/>
                    <w:lang w:val="tr-TR" w:eastAsia="tr-TR" w:bidi="tr-TR"/>
                  </w:rPr>
                  <w:t xml:space="preserve">Yanıt girmek için tıklayın veya dokunun. Uygun yerde Uygulanamaz yazın.</w:t>
                </w:r>
              </w:sdtContent>
            </w:sdt>
          </w:p>
        </w:tc>
      </w:tr>
    </w:tbl>
    <w:p>
      <w:pPr>
        <w:pStyle w:val="Heading1"/>
        <w:keepNext/>
        <w:spacing w:before="160" w:after="80" w:line="240" w:lineRule="auto"/>
        <w:jc w:val="left"/>
      </w:pPr>
      <w:r>
        <w:rPr>
          <w:rFonts w:ascii="Arial" w:hAnsi="Arial" w:eastAsia="Arial" w:cs="Arial"/>
          <w:b/>
          <w:color w:val="166534"/>
          <w:sz w:val="25"/>
          <w:lang w:val="tr-TR" w:eastAsia="tr-TR" w:bidi="tr-TR"/>
        </w:rPr>
        <w:t>Beyanname ve yetkili imza</w:t>
      </w:r>
    </w:p>
    <w:tbl>
      <w:tblPr>
        <w:tblW w:type="dxa" w:w="10106"/>
        <w:jc w:val="center"/>
        <w:tblLayout w:type="fixed"/>
        <w:tblLook w:firstColumn="1" w:firstRow="1" w:lastColumn="0" w:lastRow="0" w:noHBand="0" w:noVBand="1" w:val="04A0"/>
        <w:tblInd w:w="120" w:type="dxa"/>
        <w:tblCaption w:val="Beyanname ve yetkili imza"/>
        <w:tblDescription w:val="Verdiğim bilgilerin bilgim dâhilinde eksiksiz ve doğru olduğunu, bunları sunmaya yetkili bulunduğumu ve kuruluşun önemli değişiklikleri gecikmeden bildireceğini beyan ederim. Bu formun gönderilmesinin onay, atama, gizlil"/>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keepNext/>
              <w:spacing w:before="0" w:after="0" w:line="240" w:lineRule="auto"/>
              <w:jc w:val="left"/>
            </w:pPr>
            <w:r/>
            <w:r>
              <w:rPr>
                <w:rFonts w:ascii="Arial" w:hAnsi="Arial" w:eastAsia="Arial" w:cs="Arial"/>
                <w:b/>
                <w:i w:val="0"/>
                <w:color w:val="FFFFFF"/>
                <w:sz w:val="18"/>
                <w:lang w:val="tr-TR" w:eastAsia="tr-TR" w:bidi="tr-TR"/>
              </w:rPr>
              <w:t>Beyanname ve yetkili imza</w:t>
            </w:r>
          </w:p>
        </w:tc>
      </w:tr>
      <w:tr>
        <w:trPr>
          <w:trHeight w:hRule="atLeast"/>
          <w:cantSplit/>
        </w:trPr>
        <w:tc>
          <w:tcPr>
            <w:tcW w:type="dxa" w:w="10106"/>
            <w:tcMar>
              <w:top w:w="90" w:type="dxa"/>
              <w:start w:w="120" w:type="dxa"/>
              <w:bottom w:w="90" w:type="dxa"/>
              <w:end w:w="120" w:type="dxa"/>
            </w:tcMar>
            <w:vAlign w:val="center"/>
            <w:shd w:fill="ECFDF3" w:val="clear"/>
          </w:tcPr>
          <w:p>
            <w:pPr>
              <w:keepNext/>
              <w:spacing w:before="0" w:after="0" w:line="252" w:lineRule="auto"/>
              <w:jc w:val="left"/>
            </w:pPr>
            <w:r/>
            <w:r>
              <w:rPr>
                <w:rFonts w:ascii="Arial" w:hAnsi="Arial" w:eastAsia="Arial" w:cs="Arial"/>
                <w:color w:val="102334"/>
                <w:sz w:val="17"/>
                <w:lang w:val="tr-TR" w:eastAsia="tr-TR" w:bidi="tr-TR"/>
              </w:rPr>
              <w:t>Verdiğim bilgilerin bilgim dâhilinde eksiksiz ve doğru olduğunu, bunları sunmaya yetkili bulunduğumu ve kuruluşun önemli değişiklikleri gecikmeden bildireceğini beyan ederim. Bu formun gönderilmesinin onay, atama, gizlilik, bulunabilirlik, münhasırlık, sertifikasyon, proje yapılabilirliği veya işlem yükümlülüğü oluşturmadığını kabul ederim.</w:t>
            </w:r>
          </w:p>
        </w:tc>
      </w:tr>
    </w:tbl>
    <w:tbl>
      <w:tblPr>
        <w:tblW w:type="dxa" w:w="10106"/>
        <w:jc w:val="center"/>
        <w:tblLayout w:type="fixed"/>
        <w:tblLook w:firstColumn="1" w:firstRow="1" w:lastColumn="0" w:lastRow="0" w:noHBand="0" w:noVBand="1" w:val="04A0"/>
        <w:tblInd w:w="120" w:type="dxa"/>
        <w:tblCaption w:val="Beyanname ve yetkili imza"/>
        <w:tblDescription w:val="Beyanname ve yetkili imza: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Talep edilen bilgi</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tr-TR" w:eastAsia="tr-TR" w:bidi="tr-TR"/>
              </w:rPr>
              <w:t>Yanıt / kanıt referansı</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Yetkili beyan sahibi: tam adı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Yetkili beyan sahibi: tam adı"/>
                <w:tag w:val="olyelectra.v2.buyer-requirement.tr.declaration.declaration_name"/>
                <w:id w:val="83914315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Pozisyon ve organizasyon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ozisyon ve organizasyon"/>
                <w:tag w:val="olyelectra.v2.buyer-requirement.tr.declaration.declaration_title"/>
                <w:id w:val="180168098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Bu formu göndermeye ilişkin yetki esası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u formu göndermeye ilişkin yetki esası"/>
                <w:tag w:val="olyelectra.v2.buyer-requirement.tr.declaration.declaration_basis"/>
                <w:id w:val="1285770979"/>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İmza</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mza"/>
                <w:tag w:val="olyelectra.v2.buyer-requirement.tr.declaration.signature"/>
                <w:id w:val="22407105"/>
                <w:text w:multiLine="1"/>
                <w:showingPlcHdr/>
              </w:sdtPr>
              <w:sdtContent>
                <w:r>
                  <w:rPr>
                    <w:color w:val="667985"/>
                    <w:i/>
                    <w:sz w:val="18"/>
                    <w:lang w:val="tr-TR" w:eastAsia="tr-TR" w:bidi="tr-TR"/>
                  </w:rPr>
                  <w:t xml:space="preserve">Yanıt girmek için tıklayın veya dokunun. Uygun yerde Uygulanamaz yazın.</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tr-TR" w:eastAsia="tr-TR" w:bidi="tr-TR"/>
              </w:rPr>
              <w:t>Tarih</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arih"/>
                <w:tag w:val="olyelectra.v2.buyer-requirement.tr.declaration.date"/>
                <w:id w:val="1856985167"/>
                <w:text w:multiLine="1"/>
                <w:showingPlcHdr/>
              </w:sdtPr>
              <w:sdtContent>
                <w:r>
                  <w:rPr>
                    <w:color w:val="667985"/>
                    <w:i/>
                    <w:sz w:val="18"/>
                    <w:lang w:val="tr-TR" w:eastAsia="tr-TR" w:bidi="tr-TR"/>
                  </w:rPr>
                  <w:t xml:space="preserve">Yanıt girmek için tıklayın veya dokunun. Uygun yerde Uygulanamaz yazın.</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left"/>
          </w:pPr>
          <w:r/>
          <w:r>
            <w:rPr>
              <w:rFonts w:ascii="Arial" w:hAnsi="Arial" w:eastAsia="Arial" w:cs="Arial"/>
              <w:b/>
              <w:i w:val="0"/>
              <w:color w:val="051C2B"/>
              <w:sz w:val="15"/>
              <w:lang w:val="tr-TR" w:eastAsia="tr-TR" w:bidi="tr-TR"/>
            </w:rPr>
            <w:t>OLYE-FRM-RPR-001 · V2.0</w:t>
          </w:r>
        </w:p>
      </w:tc>
      <w:tc>
        <w:tcPr>
          <w:tcW w:type="dxa" w:w="4050"/>
          <w:tcMar>
            <w:top w:w="55" w:type="dxa"/>
            <w:start w:w="90" w:type="dxa"/>
            <w:bottom w:w="55" w:type="dxa"/>
            <w:end w:w="90" w:type="dxa"/>
          </w:tcMar>
          <w:vAlign w:val="center"/>
          <w:shd w:fill="F3F6F8" w:val="clear"/>
        </w:tcPr>
        <w:p>
          <w:pPr>
            <w:spacing w:before="0" w:after="0" w:line="240" w:lineRule="auto"/>
            <w:jc w:val="center"/>
          </w:pPr>
          <w:r/>
          <w:r>
            <w:rPr>
              <w:rFonts w:ascii="Arial" w:hAnsi="Arial" w:eastAsia="Arial" w:cs="Arial"/>
              <w:b w:val="0"/>
              <w:i w:val="0"/>
              <w:color w:val="526577"/>
              <w:sz w:val="14"/>
              <w:lang w:val="tr-TR" w:eastAsia="tr-TR" w:bidi="tr-TR"/>
            </w:rPr>
            <w:t>Elektronik ortamda görüntülendiğinde kontrollü kurumsal form</w:t>
          </w:r>
        </w:p>
      </w:tc>
      <w:tc>
        <w:tcPr>
          <w:tcW w:type="dxa" w:w="2706"/>
          <w:tcMar>
            <w:top w:w="55" w:type="dxa"/>
            <w:start w:w="90" w:type="dxa"/>
            <w:bottom w:w="55" w:type="dxa"/>
            <w:end w:w="90" w:type="dxa"/>
          </w:tcMar>
          <w:vAlign w:val="center"/>
          <w:shd w:fill="F3F6F8" w:val="clear"/>
        </w:tcPr>
        <w:p>
          <w:pPr>
            <w:spacing w:before="0" w:after="0" w:line="247" w:lineRule="auto"/>
            <w:jc w:val="right"/>
          </w:pPr>
          <w:r>
            <w:rPr>
              <w:rFonts w:ascii="Arial" w:hAnsi="Arial" w:eastAsia="Arial" w:cs="Arial"/>
              <w:b/>
              <w:color w:val="051C2B"/>
              <w:sz w:val="15"/>
              <w:lang w:val="tr-TR" w:eastAsia="tr-TR" w:bidi="tr-TR"/>
            </w:rPr>
            <w:t xml:space="preserve">Sayfa </w:t>
          </w:r>
          <w:r>
            <w:rPr>
              <w:rFonts w:ascii="Arial" w:hAnsi="Arial" w:eastAsia="Arial" w:cs="Arial"/>
              <w:color w:val="526577"/>
              <w:sz w:val="16"/>
              <w:lang w:val="tr-TR" w:eastAsia="tr-TR" w:bidi="tr-TR"/>
            </w:rPr>
            <w:fldChar w:fldCharType="begin"/>
          </w:r>
          <w:r>
            <w:rPr>
              <w:rFonts w:ascii="Arial" w:hAnsi="Arial" w:eastAsia="Arial" w:cs="Arial"/>
              <w:color w:val="526577"/>
              <w:sz w:val="16"/>
              <w:lang w:val="tr-TR" w:eastAsia="tr-TR" w:bidi="tr-TR"/>
            </w:rPr>
            <w:instrText xml:space="preserve">PAGE</w:instrText>
          </w:r>
          <w:r>
            <w:rPr>
              <w:rFonts w:ascii="Arial" w:hAnsi="Arial" w:eastAsia="Arial" w:cs="Arial"/>
              <w:color w:val="526577"/>
              <w:sz w:val="16"/>
              <w:lang w:val="tr-TR" w:eastAsia="tr-TR" w:bidi="tr-TR"/>
            </w:rPr>
            <w:fldChar w:fldCharType="separate"/>
          </w:r>
          <w:r>
            <w:rPr>
              <w:rFonts w:ascii="Arial" w:hAnsi="Arial" w:eastAsia="Arial" w:cs="Arial"/>
              <w:color w:val="526577"/>
              <w:sz w:val="16"/>
              <w:lang w:val="tr-TR" w:eastAsia="tr-TR" w:bidi="tr-TR"/>
            </w:rPr>
            <w:instrText xml:space="preserve">1</w:instrText>
          </w:r>
          <w:r>
            <w:rPr>
              <w:rFonts w:ascii="Arial" w:hAnsi="Arial" w:eastAsia="Arial" w:cs="Arial"/>
              <w:color w:val="526577"/>
              <w:sz w:val="16"/>
              <w:lang w:val="tr-TR" w:eastAsia="tr-TR" w:bidi="tr-TR"/>
            </w:rPr>
            <w:fldChar w:fldCharType="end"/>
          </w:r>
          <w:r>
            <w:rPr>
              <w:rFonts w:ascii="Arial" w:hAnsi="Arial" w:eastAsia="Arial" w:cs="Arial"/>
              <w:color w:val="526577"/>
              <w:sz w:val="15"/>
              <w:lang w:val="tr-TR" w:eastAsia="tr-TR" w:bidi="tr-TR"/>
            </w:rPr>
            <w:t xml:space="preserve"> / </w:t>
          </w:r>
          <w:r>
            <w:rPr>
              <w:rFonts w:ascii="Arial" w:hAnsi="Arial" w:eastAsia="Arial" w:cs="Arial"/>
              <w:color w:val="526577"/>
              <w:sz w:val="16"/>
              <w:lang w:val="tr-TR" w:eastAsia="tr-TR" w:bidi="tr-TR"/>
            </w:rPr>
            <w:fldChar w:fldCharType="begin"/>
          </w:r>
          <w:r>
            <w:rPr>
              <w:rFonts w:ascii="Arial" w:hAnsi="Arial" w:eastAsia="Arial" w:cs="Arial"/>
              <w:color w:val="526577"/>
              <w:sz w:val="16"/>
              <w:lang w:val="tr-TR" w:eastAsia="tr-TR" w:bidi="tr-TR"/>
            </w:rPr>
            <w:instrText xml:space="preserve">NUMPAGES</w:instrText>
          </w:r>
          <w:r>
            <w:rPr>
              <w:rFonts w:ascii="Arial" w:hAnsi="Arial" w:eastAsia="Arial" w:cs="Arial"/>
              <w:color w:val="526577"/>
              <w:sz w:val="16"/>
              <w:lang w:val="tr-TR" w:eastAsia="tr-TR" w:bidi="tr-TR"/>
            </w:rPr>
            <w:fldChar w:fldCharType="separate"/>
          </w:r>
          <w:r>
            <w:rPr>
              <w:rFonts w:ascii="Arial" w:hAnsi="Arial" w:eastAsia="Arial" w:cs="Arial"/>
              <w:color w:val="526577"/>
              <w:sz w:val="16"/>
              <w:lang w:val="tr-TR" w:eastAsia="tr-TR" w:bidi="tr-TR"/>
            </w:rPr>
            <w:instrText xml:space="preserve">1</w:instrText>
          </w:r>
          <w:r>
            <w:rPr>
              <w:rFonts w:ascii="Arial" w:hAnsi="Arial" w:eastAsia="Arial" w:cs="Arial"/>
              <w:color w:val="526577"/>
              <w:sz w:val="16"/>
              <w:lang w:val="tr-TR" w:eastAsia="tr-TR" w:bidi="tr-TR"/>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tblCaption w:val="OLYELECTRA document header"/>
      <w:tblDescription w:val="OLYELECTRA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pPr>
          <w:r>
            <w:drawing>
              <wp:inline xmlns:a="http://schemas.openxmlformats.org/drawingml/2006/main" xmlns:pic="http://schemas.openxmlformats.org/drawingml/2006/picture">
                <wp:extent cx="2057400" cy="411480"/>
                <wp:docPr id="1" name="OLYELECTRA wordmark" descr="OLYELECTRA wordmark"/>
                <wp:cNvGraphicFramePr>
                  <a:graphicFrameLocks noChangeAspect="1"/>
                </wp:cNvGraphicFramePr>
                <a:graphic>
                  <a:graphicData uri="http://schemas.openxmlformats.org/drawingml/2006/picture">
                    <pic:pic>
                      <pic:nvPicPr>
                        <pic:cNvPr id="0" name="olyelectra-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right"/>
          </w:pPr>
          <w:r>
            <w:rPr>
              <w:rFonts w:ascii="Arial" w:hAnsi="Arial" w:eastAsia="Arial" w:cs="Arial"/>
              <w:b/>
              <w:color w:val="FFFFFF"/>
              <w:sz w:val="16"/>
              <w:lang w:val="tr-TR" w:eastAsia="tr-TR" w:bidi="tr-TR"/>
            </w:rPr>
            <w:t>YENİLENEBİLİR ENERJİ, DEPOLAMA VE ELEKTRİFİKASYON</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tr-TR" w:eastAsia="tr-TR" w:bidi="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66534"/>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tr&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Yenilenebilir Enerji Projesi İhtiyaç Formu</dc:title>
  <dc:subject>Yenilenebilir üretim, depolama, şebeke ve elektrifikasyon programları için yapılandırılmış alım</dc:subject>
  <dc:creator/>
  <cp:keywords>OLYELECTRA, renewable energy, energy storage, grid, due diligence, document control</cp:keywords>
  <dc:description>Controlled OLYELECTRA form OLYE-FRM-RPR-001 V2.0.</dc:description>
  <cp:lastModifiedBy/>
  <cp:revision>1</cp:revision>
  <dcterms:created xsi:type="dcterms:W3CDTF">2013-12-23T23:15:00Z</dcterms:created>
  <dcterms:modified xsi:type="dcterms:W3CDTF">2013-12-23T23:15:00Z</dcterms:modified>
  <cp:category/>
</cp:coreProperties>
</file>