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left"/>
      </w:pPr>
      <w:r>
        <w:rPr>
          <w:rFonts w:ascii="Arial" w:hAnsi="Arial" w:eastAsia="Arial" w:cs="Arial"/>
          <w:b/>
          <w:color w:val="051C2B"/>
          <w:sz w:val="42"/>
          <w:lang w:val="ru-RU" w:eastAsia="ru-RU" w:bidi="ru-RU"/>
        </w:rPr>
        <w:t>Форма запроса NDA и проектной информации</w:t>
      </w:r>
    </w:p>
    <w:p>
      <w:pPr>
        <w:pStyle w:val="Subtitle"/>
        <w:spacing w:before="0" w:after="140" w:line="240" w:lineRule="auto"/>
        <w:jc w:val="left"/>
      </w:pPr>
      <w:r>
        <w:rPr>
          <w:rFonts w:ascii="Arial" w:hAnsi="Arial" w:eastAsia="Arial" w:cs="Arial"/>
          <w:color w:val="526577"/>
          <w:sz w:val="19"/>
          <w:lang w:val="ru-RU" w:eastAsia="ru-RU" w:bidi="ru-RU"/>
        </w:rPr>
        <w:t>Безопасный анализ конфиденциальной информации по энергетическим проектам и критически важной инфраструктуре</w:t>
      </w:r>
    </w:p>
    <w:tbl>
      <w:tblPr>
        <w:tblW w:type="dxa" w:w="10106"/>
        <w:jc w:val="center"/>
        <w:tblLayout w:type="fixed"/>
        <w:tblLook w:firstColumn="1" w:firstRow="1" w:lastColumn="0" w:lastRow="0" w:noHBand="0" w:noVBand="1" w:val="04A0"/>
        <w:tblInd w:w="120" w:type="dxa"/>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Код документа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OLYE-FRM-NDA-001</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Версия / дата вступления в силу</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2.0 / 2 августа 2026 г.</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Классификация</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Контролируемая деловая форма</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Владелец документа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OLYELECTRA — OLYVENRA LTD</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Язык</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Русский</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Статус</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Готово к публикации / контролируемый оригинал</w:t>
            </w:r>
          </w:p>
        </w:tc>
      </w:tr>
    </w:tbl>
    <w:tbl>
      <w:tblPr>
        <w:tblW w:type="dxa" w:w="10106"/>
        <w:jc w:val="center"/>
        <w:tblLayout w:type="fixed"/>
        <w:tblLook w:firstColumn="1" w:firstRow="1" w:lastColumn="0" w:lastRow="0" w:noHBand="0" w:noVBand="1" w:val="04A0"/>
        <w:tblInd w:w="120" w:type="dxa"/>
        <w:tblCaption w:val="Назначение"/>
        <w:tblDescription w:val="Используйте этот запрос, чтобы определить стороны, цель, категории информации о проекте, получателей, страны, системы, условия хранения и другие средства контроля перед обменом конфиденциальной информацией. Отправка не с"/>
      </w:tblPr>
      <w:tblGrid>
        <w:gridCol w:w="10106"/>
      </w:tblGrid>
      <w:tr>
        <w:trPr>
          <w:trHeight w:hRule="atLeast"/>
          <w:tblHeader/>
          <w:cantSplit/>
        </w:trPr>
        <w:tc>
          <w:tcPr>
            <w:tcW w:type="dxa" w:w="10106"/>
            <w:tcMar>
              <w:top w:w="90" w:type="dxa"/>
              <w:start w:w="120" w:type="dxa"/>
              <w:bottom w:w="90" w:type="dxa"/>
              <w:end w:w="120" w:type="dxa"/>
            </w:tcMar>
            <w:vAlign w:val="center"/>
            <w:shd w:fill="166534" w:val="clear"/>
          </w:tcPr>
          <w:p>
            <w:pPr>
              <w:spacing w:before="0" w:after="0" w:line="240" w:lineRule="auto"/>
              <w:jc w:val="left"/>
            </w:pPr>
            <w:r/>
            <w:r>
              <w:rPr>
                <w:rFonts w:ascii="Arial" w:hAnsi="Arial" w:eastAsia="Arial" w:cs="Arial"/>
                <w:b/>
                <w:i w:val="0"/>
                <w:color w:val="FFFFFF"/>
                <w:sz w:val="18"/>
                <w:lang w:val="ru-RU" w:eastAsia="ru-RU" w:bidi="ru-RU"/>
              </w:rPr>
              <w:t>Назначение</w:t>
            </w:r>
          </w:p>
        </w:tc>
      </w:tr>
      <w:tr>
        <w:trPr>
          <w:trHeight w:hRule="atLeast"/>
          <w:cantSplit/>
        </w:trPr>
        <w:tc>
          <w:tcPr>
            <w:tcW w:type="dxa" w:w="10106"/>
            <w:tcMar>
              <w:top w:w="90" w:type="dxa"/>
              <w:start w:w="120" w:type="dxa"/>
              <w:bottom w:w="90" w:type="dxa"/>
              <w:end w:w="120" w:type="dxa"/>
            </w:tcMar>
            <w:vAlign w:val="center"/>
            <w:shd w:fill="ECFDF3" w:val="clear"/>
          </w:tcPr>
          <w:p>
            <w:pPr>
              <w:spacing w:before="0" w:after="0" w:line="252" w:lineRule="auto"/>
              <w:jc w:val="left"/>
            </w:pPr>
            <w:r/>
            <w:r>
              <w:rPr>
                <w:rFonts w:ascii="Arial" w:hAnsi="Arial" w:eastAsia="Arial" w:cs="Arial"/>
                <w:color w:val="102334"/>
                <w:sz w:val="17"/>
                <w:lang w:val="ru-RU" w:eastAsia="ru-RU" w:bidi="ru-RU"/>
              </w:rPr>
              <w:t>Используйте этот запрос, чтобы определить стороны, цель, категории информации о проекте, получателей, страны, системы, условия хранения и другие средства контроля перед обменом конфиденциальной информацией. Отправка не создает соглашения о неразглашении и не разрешает раскрытие информации.</w:t>
            </w:r>
          </w:p>
        </w:tc>
      </w:tr>
    </w:tbl>
    <w:tbl>
      <w:tblPr>
        <w:tblW w:type="dxa" w:w="10106"/>
        <w:jc w:val="center"/>
        <w:tblLayout w:type="fixed"/>
        <w:tblLook w:firstColumn="1" w:firstRow="1" w:lastColumn="0" w:lastRow="0" w:noHBand="0" w:noVBand="1" w:val="04A0"/>
        <w:tblInd w:w="120" w:type="dxa"/>
        <w:tblCaption w:val="Инструкция по заполнению"/>
        <w:tblDescription w:val="Заполните все применимые поля. Указывайте доказательства по названию документа, издателю, номеру, редакции и дате. Для неприменимых пунктов укажите «Не применимо» и причину. Чётко отделяйте оценки от измеренных или утвер"/>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ru-RU" w:eastAsia="ru-RU" w:bidi="ru-RU"/>
              </w:rPr>
              <w:t>Инструкция по заполнению</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ru-RU" w:eastAsia="ru-RU" w:bidi="ru-RU"/>
              </w:rPr>
              <w:t>Заполните все применимые поля. Указывайте доказательства по названию документа, издателю, номеру, редакции и дате. Для неприменимых пунктов укажите «Не применимо» и причину. Чётко отделяйте оценки от измеренных или утверждённых данных. OLYELECTRA может запросить уточнения, усиленную проверку или обмен через защищённую комнату данных.</w:t>
            </w:r>
          </w:p>
        </w:tc>
      </w:tr>
    </w:tbl>
    <w:tbl>
      <w:tblPr>
        <w:tblW w:type="dxa" w:w="10106"/>
        <w:jc w:val="center"/>
        <w:tblLayout w:type="fixed"/>
        <w:tblLook w:firstColumn="1" w:firstRow="1" w:lastColumn="0" w:lastRow="0" w:noHBand="0" w:noVBand="1" w:val="04A0"/>
        <w:tblInd w:w="120" w:type="dxa"/>
        <w:tblCaption w:val="Конфиденциальность и безопасная передача документов"/>
        <w:tblDescription w:val="Не направляйте учётные данные, подробные сетевые модели или настройки, схемы критической инфраструктуры, документы, удостоверяющие личность, защищаемые персональные данные или коммерчески ограниченную информацию по обычн"/>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ru-RU" w:eastAsia="ru-RU" w:bidi="ru-RU"/>
              </w:rPr>
              <w:t>Конфиденциальность и безопасная передача документов</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ru-RU" w:eastAsia="ru-RU" w:bidi="ru-RU"/>
              </w:rPr>
              <w:t>Не направляйте учётные данные, подробные сетевые модели или настройки, схемы критической инфраструктуры, документы, удостоверяющие личность, защищаемые персональные данные или коммерчески ограниченную информацию по обычной электронной почте или через публичную веб-форму. До утверждения защищённого канала и получателей предоставляйте только ссылки на документы.</w:t>
            </w:r>
          </w:p>
          <w:p>
            <w:pPr>
              <w:spacing w:before="60" w:after="0" w:line="240" w:lineRule="auto"/>
              <w:jc w:val="left"/>
            </w:pPr>
            <w:hyperlink r:id="rId11">
              <w:r>
                <w:rPr>
                  <w:color w:val="166534"/>
                  <w:u w:val="single"/>
                </w:rPr>
                <w:t>Ознакомиться с Уведомлением OLYVENRA о конфиденциальности</w:t>
              </w:r>
            </w:hyperlink>
          </w:p>
        </w:tc>
      </w:tr>
    </w:tbl>
    <w:tbl>
      <w:tblPr>
        <w:tblW w:type="dxa" w:w="10106"/>
        <w:jc w:val="center"/>
        <w:tblLayout w:type="fixed"/>
        <w:tblLook w:firstColumn="1" w:firstRow="1" w:lastColumn="0" w:lastRow="0" w:noHBand="0" w:noVBand="1" w:val="04A0"/>
        <w:tblInd w:w="120" w:type="dxa"/>
        <w:tblCaption w:val="Границы полномочий, безопасности и доказательств проекта"/>
        <w:tblDescription w:val="Эта форма не является офертой, инженерным или сетевым одобрением, разрешением, сертификацией продукции, гарантией выработки или экономии, обязательством финансирования, юридической консультацией или обязательством заключ"/>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left"/>
            </w:pPr>
            <w:r/>
            <w:r>
              <w:rPr>
                <w:rFonts w:ascii="Arial" w:hAnsi="Arial" w:eastAsia="Arial" w:cs="Arial"/>
                <w:b/>
                <w:i w:val="0"/>
                <w:color w:val="FFFFFF"/>
                <w:sz w:val="18"/>
                <w:lang w:val="ru-RU" w:eastAsia="ru-RU" w:bidi="ru-RU"/>
              </w:rPr>
              <w:t>Границы полномочий, безопасности и доказательств проекта</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left"/>
            </w:pPr>
            <w:r/>
            <w:r>
              <w:rPr>
                <w:rFonts w:ascii="Arial" w:hAnsi="Arial" w:eastAsia="Arial" w:cs="Arial"/>
                <w:color w:val="102334"/>
                <w:sz w:val="17"/>
                <w:lang w:val="ru-RU" w:eastAsia="ru-RU" w:bidi="ru-RU"/>
              </w:rPr>
              <w:t>Эта форма не является офертой, инженерным или сетевым одобрением, разрешением, сертификацией продукции, гарантией выработки или экономии, обязательством финансирования, юридической консультацией или обязательством заключить сделку. Решения принимаются компетентными сторонами на основании проектных доказательств.</w:t>
            </w:r>
          </w:p>
        </w:tc>
      </w:tr>
    </w:tbl>
    <w:p>
      <w:pPr>
        <w:pStyle w:val="Heading1"/>
        <w:keepNext/>
        <w:spacing w:before="160" w:after="80" w:line="240" w:lineRule="auto"/>
        <w:jc w:val="left"/>
      </w:pPr>
      <w:r>
        <w:rPr>
          <w:rFonts w:ascii="Arial" w:hAnsi="Arial" w:eastAsia="Arial" w:cs="Arial"/>
          <w:b/>
          <w:color w:val="166534"/>
          <w:sz w:val="25"/>
          <w:lang w:val="ru-RU" w:eastAsia="ru-RU" w:bidi="ru-RU"/>
        </w:rPr>
        <w:t>Стороны, полномочия и конфиденциальная цель</w:t>
      </w:r>
    </w:p>
    <w:tbl>
      <w:tblPr>
        <w:tblW w:type="dxa" w:w="10106"/>
        <w:jc w:val="center"/>
        <w:tblLayout w:type="fixed"/>
        <w:tblLook w:firstColumn="1" w:firstRow="1" w:lastColumn="0" w:lastRow="0" w:noHBand="0" w:noVBand="1" w:val="04A0"/>
        <w:tblInd w:w="120" w:type="dxa"/>
        <w:tblCaption w:val="Стороны, полномочия и конфиденциальная цель"/>
        <w:tblDescription w:val="Стороны, полномочия и конфиденциальная цель: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Предлагаемые юридические стороны и уполномоченные лица с правом подписи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едлагаемые юридические стороны и уполномоченные лица с правом подписи"/>
                <w:tag w:val="olyelectra.v2.nda-request.ru.nda_parties.nda_entities"/>
                <w:id w:val="29361131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Регистрационный номер, страна, налоговый статус и адрес регистрации.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Регистрационный номер, страна, налоговый статус и адрес регистрации."/>
                <w:tag w:val="olyelectra.v2.nda-request.ru.nda_parties.registration"/>
                <w:id w:val="198766569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Уполномоченное контактное лицо: имя, должность, отдел, адрес электронной почты и телефон.</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Уполномоченное контактное лицо: имя, должность, отдел, адрес электронной почты и телефон."/>
                <w:tag w:val="olyelectra.v2.nda-request.ru.nda_parties.contact"/>
                <w:id w:val="88233442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Основание полномочий для представления организации и подачи этой формы</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снование полномочий для представления организации и подачи этой формы"/>
                <w:tag w:val="olyelectra.v2.nda-request.ru.nda_parties.authority_basis"/>
                <w:id w:val="640206216"/>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Конкретная разрешенная цель и ссылка на проект/возможность</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нкретная разрешенная цель и ссылка на проект/возможность"/>
                <w:tag w:val="olyelectra.v2.nda-request.ru.nda_parties.confidential_purpose"/>
                <w:id w:val="57515362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Название проекта или портфолио и внутренняя ссылка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Название проекта или портфолио и внутренняя ссылка"/>
                <w:tag w:val="olyelectra.v2.nda-request.ru.nda_parties.project_name"/>
                <w:id w:val="83292473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Страны доступа, передачи, обработки и хранения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траны доступа, передачи, обработки и хранения"/>
                <w:tag w:val="olyelectra.v2.nda-request.ru.nda_parties.countries"/>
                <w:id w:val="89928588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Названные или определенные роли получателей и консультантов, которые необходимо знать</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Названные или определенные роли получателей и консультантов, которые необходимо знать"/>
                <w:tag w:val="olyelectra.v2.nda-request.ru.nda_parties.recipients"/>
                <w:id w:val="138955041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Категории информации о проекте и места доступа</w:t>
      </w:r>
    </w:p>
    <w:tbl>
      <w:tblPr>
        <w:tblW w:type="dxa" w:w="10106"/>
        <w:jc w:val="center"/>
        <w:tblLayout w:type="fixed"/>
        <w:tblLook w:firstColumn="1" w:firstRow="1" w:lastColumn="0" w:lastRow="0" w:noHBand="0" w:noVBand="1" w:val="04A0"/>
        <w:tblInd w:w="120" w:type="dxa"/>
        <w:tblCaption w:val="Категории информации о проекте и места доступа"/>
        <w:tblDescription w:val="Категории информации о проекте и места доступа: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Коммерческий, сайт, ресурс, нагрузка, сетка, дизайн, продукт, программное обеспечение, финансы или другие категории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ммерческий, сайт, ресурс, нагрузка, сетка, дизайн, продукт, программное обеспечение, финансы или другие категории"/>
                <w:tag w:val="olyelectra.v2.nda-request.ru.info_scope.information_categories"/>
                <w:id w:val="1497801396"/>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Схемы критической инфраструктуры, модели, настройки или конфиденциальная с точки зрения безопасности информация о сети.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хемы критической инфраструктуры, модели, настройки или конфиденциальная с точки зрения безопасности информация о сети."/>
                <w:tag w:val="olyelectra.v2.nda-request.ru.info_scope.grid_sensitive"/>
                <w:id w:val="169931373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Конфиденциальная информация третьих лиц и полномочия на ее раскрытие</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нфиденциальная информация третьих лиц и полномочия на ее раскрытие"/>
                <w:tag w:val="olyelectra.v2.nda-request.ru.info_scope.third_party_data"/>
                <w:id w:val="204171436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Задействованные персональные данные и применимые ограничения конфиденциальности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действованные персональные данные и применимые ограничения конфиденциальности"/>
                <w:tag w:val="olyelectra.v2.nda-request.ru.info_scope.personal_data"/>
                <w:id w:val="24729582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Право собственности на данные, принимающие страны, требования к конфиденциальности, хранению и безопасной передаче</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аво собственности на данные, принимающие страны, требования к конфиденциальности, хранению и безопасной передаче"/>
                <w:tag w:val="olyelectra.v2.nda-request.ru.info_scope.data"/>
                <w:id w:val="287362381"/>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Запрошенная конфиденциальность и средства контроля безопасной обработки</w:t>
      </w:r>
    </w:p>
    <w:tbl>
      <w:tblPr>
        <w:tblW w:type="dxa" w:w="10106"/>
        <w:jc w:val="center"/>
        <w:tblLayout w:type="fixed"/>
        <w:tblLook w:firstColumn="1" w:firstRow="1" w:lastColumn="0" w:lastRow="0" w:noHBand="0" w:noVBand="1" w:val="04A0"/>
        <w:tblInd w:w="120" w:type="dxa"/>
        <w:tblCaption w:val="Запрошенная конфиденциальность и средства контроля безопасной обработки"/>
        <w:tblDescription w:val="Запрошенная конфиденциальность и средства контроля безопасной обработки: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Одностороннее или взаимное соглашение о неразглашении и предлагаемый владелец шаблона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дностороннее или взаимное соглашение о неразглашении и предлагаемый владелец шаблона"/>
                <w:tag w:val="olyelectra.v2.nda-request.ru.terms.nda_type"/>
                <w:id w:val="147418622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Запрошенная конфиденциальность и периоды выживания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прошенная конфиденциальность и периоды выживания"/>
                <w:tag w:val="olyelectra.v2.nda-request.ru.terms.confidentiality_period"/>
                <w:id w:val="127324383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Контроль доступа «по необходимости», «чистая команда», «не копировать», «не загружать» и другие средства контроля доступа.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нтроль доступа «по необходимости», «чистая команда», «не копировать», «не загружать» и другие средства контроля доступа."/>
                <w:tag w:val="olyelectra.v2.nda-request.ru.terms.access_controls"/>
                <w:id w:val="72637483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Утвержденная система безопасной передачи/комнаты данных, администратор и метод аутентификации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Утвержденная система безопасной передачи/комнаты данных, администратор и метод аутентификации"/>
                <w:tag w:val="olyelectra.v2.nda-request.ru.terms.secure_channel"/>
                <w:id w:val="63841196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Контроль раскрытия информации аффилированным лицом, консультантом, лабораторией, финансистом или субподрядчиком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нтроль раскрытия информации аффилированным лицом, консультантом, лабораторией, финансистом или субподрядчиком"/>
                <w:tag w:val="olyelectra.v2.nda-request.ru.terms.onward_disclosure"/>
                <w:id w:val="214724332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Требования к хранению, возврату, удалению и сертифицированному уничтожению</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Требования к хранению, возврату, удалению и сертифицированному уничтожению"/>
                <w:tag w:val="olyelectra.v2.nda-request.ru.terms.retention"/>
                <w:id w:val="106489832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Запрошено регулирующее законодательство, юрисдикция и форум по спорам для юридической проверки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прошено регулирующее законодательство, юрисдикция и форум по спорам для юридической проверки"/>
                <w:tag w:val="olyelectra.v2.nda-request.ru.terms.law"/>
                <w:id w:val="188420106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Существующие условия конфиденциальности, конфликты, исключения или предварительное раскрытие информации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уществующие условия конфиденциальности, конфликты, исключения или предварительное раскрытие информации"/>
                <w:tag w:val="olyelectra.v2.nda-request.ru.terms.existing_terms"/>
                <w:id w:val="140436646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Декларация и санкционированное подписание</w:t>
      </w:r>
    </w:p>
    <w:tbl>
      <w:tblPr>
        <w:tblW w:type="dxa" w:w="10106"/>
        <w:jc w:val="center"/>
        <w:tblLayout w:type="fixed"/>
        <w:tblLook w:firstColumn="1" w:firstRow="1" w:lastColumn="0" w:lastRow="0" w:noHBand="0" w:noVBand="1" w:val="04A0"/>
        <w:tblInd w:w="120" w:type="dxa"/>
        <w:tblCaption w:val="Декларация и санкционированное подписание"/>
        <w:tblDescription w:val="Подтверждаю, что сведения полны и точны, насколько мне известно, что я уполномочен(а) их предоставить и что организация незамедлительно сообщит о существенных изменениях. Понимаю, что подача формы не создаёт одобрения, н"/>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keepNext/>
              <w:spacing w:before="0" w:after="0" w:line="240" w:lineRule="auto"/>
              <w:jc w:val="left"/>
            </w:pPr>
            <w:r/>
            <w:r>
              <w:rPr>
                <w:rFonts w:ascii="Arial" w:hAnsi="Arial" w:eastAsia="Arial" w:cs="Arial"/>
                <w:b/>
                <w:i w:val="0"/>
                <w:color w:val="FFFFFF"/>
                <w:sz w:val="18"/>
                <w:lang w:val="ru-RU" w:eastAsia="ru-RU" w:bidi="ru-RU"/>
              </w:rPr>
              <w:t>Декларация и санкционированное подписание</w:t>
            </w:r>
          </w:p>
        </w:tc>
      </w:tr>
      <w:tr>
        <w:trPr>
          <w:trHeight w:hRule="atLeast"/>
          <w:cantSplit/>
        </w:trPr>
        <w:tc>
          <w:tcPr>
            <w:tcW w:type="dxa" w:w="10106"/>
            <w:tcMar>
              <w:top w:w="90" w:type="dxa"/>
              <w:start w:w="120" w:type="dxa"/>
              <w:bottom w:w="90" w:type="dxa"/>
              <w:end w:w="120" w:type="dxa"/>
            </w:tcMar>
            <w:vAlign w:val="center"/>
            <w:shd w:fill="ECFDF3" w:val="clear"/>
          </w:tcPr>
          <w:p>
            <w:pPr>
              <w:keepNext/>
              <w:spacing w:before="0" w:after="0" w:line="252" w:lineRule="auto"/>
              <w:jc w:val="left"/>
            </w:pPr>
            <w:r/>
            <w:r>
              <w:rPr>
                <w:rFonts w:ascii="Arial" w:hAnsi="Arial" w:eastAsia="Arial" w:cs="Arial"/>
                <w:color w:val="102334"/>
                <w:sz w:val="17"/>
                <w:lang w:val="ru-RU" w:eastAsia="ru-RU" w:bidi="ru-RU"/>
              </w:rPr>
              <w:t>Подтверждаю, что сведения полны и точны, насколько мне известно, что я уполномочен(а) их предоставить и что организация незамедлительно сообщит о существенных изменениях. Понимаю, что подача формы не создаёт одобрения, назначения, конфиденциальности, наличия, исключительности, сертификации, осуществимости проекта или обязательства заключить сделку.</w:t>
            </w:r>
          </w:p>
        </w:tc>
      </w:tr>
    </w:tbl>
    <w:tbl>
      <w:tblPr>
        <w:tblW w:type="dxa" w:w="10106"/>
        <w:jc w:val="center"/>
        <w:tblLayout w:type="fixed"/>
        <w:tblLook w:firstColumn="1" w:firstRow="1" w:lastColumn="0" w:lastRow="0" w:noHBand="0" w:noVBand="1" w:val="04A0"/>
        <w:tblInd w:w="120" w:type="dxa"/>
        <w:tblCaption w:val="Декларация и санкционированное подписание"/>
        <w:tblDescription w:val="Декларация и санкционированное подписание: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Уполномоченный декларант: полное имя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Уполномоченный декларант: полное имя"/>
                <w:tag w:val="olyelectra.v2.nda-request.ru.declaration.declaration_name"/>
                <w:id w:val="4973117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Должность и организация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олжность и организация"/>
                <w:tag w:val="olyelectra.v2.nda-request.ru.declaration.declaration_title"/>
                <w:id w:val="10964934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Основания для подачи этой формы</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снования для подачи этой формы"/>
                <w:tag w:val="olyelectra.v2.nda-request.ru.declaration.declaration_basis"/>
                <w:id w:val="473062396"/>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Подпись</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дпись"/>
                <w:tag w:val="olyelectra.v2.nda-request.ru.declaration.signature"/>
                <w:id w:val="1933480291"/>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Дата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ата"/>
                <w:tag w:val="olyelectra.v2.nda-request.ru.declaration.date"/>
                <w:id w:val="228810591"/>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left"/>
          </w:pPr>
          <w:r/>
          <w:r>
            <w:rPr>
              <w:rFonts w:ascii="Arial" w:hAnsi="Arial" w:eastAsia="Arial" w:cs="Arial"/>
              <w:b/>
              <w:i w:val="0"/>
              <w:color w:val="051C2B"/>
              <w:sz w:val="15"/>
              <w:lang w:val="ru-RU" w:eastAsia="ru-RU" w:bidi="ru-RU"/>
            </w:rPr>
            <w:t>OLYE-FRM-NDA-001 · V2.0</w:t>
          </w:r>
        </w:p>
      </w:tc>
      <w:tc>
        <w:tcPr>
          <w:tcW w:type="dxa" w:w="4050"/>
          <w:tcMar>
            <w:top w:w="55" w:type="dxa"/>
            <w:start w:w="90" w:type="dxa"/>
            <w:bottom w:w="55" w:type="dxa"/>
            <w:end w:w="90" w:type="dxa"/>
          </w:tcMar>
          <w:vAlign w:val="center"/>
          <w:shd w:fill="F3F6F8" w:val="clear"/>
        </w:tcPr>
        <w:p>
          <w:pPr>
            <w:spacing w:before="0" w:after="0" w:line="240" w:lineRule="auto"/>
            <w:jc w:val="center"/>
          </w:pPr>
          <w:r/>
          <w:r>
            <w:rPr>
              <w:rFonts w:ascii="Arial" w:hAnsi="Arial" w:eastAsia="Arial" w:cs="Arial"/>
              <w:b w:val="0"/>
              <w:i w:val="0"/>
              <w:color w:val="526577"/>
              <w:sz w:val="14"/>
              <w:lang w:val="ru-RU" w:eastAsia="ru-RU" w:bidi="ru-RU"/>
            </w:rPr>
            <w:t>Контролируемая деловая форма при электронном просмотре</w:t>
          </w:r>
        </w:p>
      </w:tc>
      <w:tc>
        <w:tcPr>
          <w:tcW w:type="dxa" w:w="2706"/>
          <w:tcMar>
            <w:top w:w="55" w:type="dxa"/>
            <w:start w:w="90" w:type="dxa"/>
            <w:bottom w:w="55" w:type="dxa"/>
            <w:end w:w="90" w:type="dxa"/>
          </w:tcMar>
          <w:vAlign w:val="center"/>
          <w:shd w:fill="F3F6F8" w:val="clear"/>
        </w:tcPr>
        <w:p>
          <w:pPr>
            <w:spacing w:before="0" w:after="0" w:line="247" w:lineRule="auto"/>
            <w:jc w:val="right"/>
          </w:pPr>
          <w:r>
            <w:rPr>
              <w:rFonts w:ascii="Arial" w:hAnsi="Arial" w:eastAsia="Arial" w:cs="Arial"/>
              <w:b/>
              <w:color w:val="051C2B"/>
              <w:sz w:val="15"/>
              <w:lang w:val="ru-RU" w:eastAsia="ru-RU" w:bidi="ru-RU"/>
            </w:rPr>
            <w:t xml:space="preserve">Страница </w:t>
          </w:r>
          <w:r>
            <w:rPr>
              <w:rFonts w:ascii="Arial" w:hAnsi="Arial" w:eastAsia="Arial" w:cs="Arial"/>
              <w:color w:val="526577"/>
              <w:sz w:val="16"/>
              <w:lang w:val="ru-RU" w:eastAsia="ru-RU" w:bidi="ru-RU"/>
            </w:rPr>
            <w:fldChar w:fldCharType="begin"/>
          </w:r>
          <w:r>
            <w:rPr>
              <w:rFonts w:ascii="Arial" w:hAnsi="Arial" w:eastAsia="Arial" w:cs="Arial"/>
              <w:color w:val="526577"/>
              <w:sz w:val="16"/>
              <w:lang w:val="ru-RU" w:eastAsia="ru-RU" w:bidi="ru-RU"/>
            </w:rPr>
            <w:instrText xml:space="preserve">PAGE</w:instrText>
          </w:r>
          <w:r>
            <w:rPr>
              <w:rFonts w:ascii="Arial" w:hAnsi="Arial" w:eastAsia="Arial" w:cs="Arial"/>
              <w:color w:val="526577"/>
              <w:sz w:val="16"/>
              <w:lang w:val="ru-RU" w:eastAsia="ru-RU" w:bidi="ru-RU"/>
            </w:rPr>
            <w:fldChar w:fldCharType="separate"/>
          </w:r>
          <w:r>
            <w:rPr>
              <w:rFonts w:ascii="Arial" w:hAnsi="Arial" w:eastAsia="Arial" w:cs="Arial"/>
              <w:color w:val="526577"/>
              <w:sz w:val="16"/>
              <w:lang w:val="ru-RU" w:eastAsia="ru-RU" w:bidi="ru-RU"/>
            </w:rPr>
            <w:instrText xml:space="preserve">1</w:instrText>
          </w:r>
          <w:r>
            <w:rPr>
              <w:rFonts w:ascii="Arial" w:hAnsi="Arial" w:eastAsia="Arial" w:cs="Arial"/>
              <w:color w:val="526577"/>
              <w:sz w:val="16"/>
              <w:lang w:val="ru-RU" w:eastAsia="ru-RU" w:bidi="ru-RU"/>
            </w:rPr>
            <w:fldChar w:fldCharType="end"/>
          </w:r>
          <w:r>
            <w:rPr>
              <w:rFonts w:ascii="Arial" w:hAnsi="Arial" w:eastAsia="Arial" w:cs="Arial"/>
              <w:color w:val="526577"/>
              <w:sz w:val="15"/>
              <w:lang w:val="ru-RU" w:eastAsia="ru-RU" w:bidi="ru-RU"/>
            </w:rPr>
            <w:t xml:space="preserve"> / </w:t>
          </w:r>
          <w:r>
            <w:rPr>
              <w:rFonts w:ascii="Arial" w:hAnsi="Arial" w:eastAsia="Arial" w:cs="Arial"/>
              <w:color w:val="526577"/>
              <w:sz w:val="16"/>
              <w:lang w:val="ru-RU" w:eastAsia="ru-RU" w:bidi="ru-RU"/>
            </w:rPr>
            <w:fldChar w:fldCharType="begin"/>
          </w:r>
          <w:r>
            <w:rPr>
              <w:rFonts w:ascii="Arial" w:hAnsi="Arial" w:eastAsia="Arial" w:cs="Arial"/>
              <w:color w:val="526577"/>
              <w:sz w:val="16"/>
              <w:lang w:val="ru-RU" w:eastAsia="ru-RU" w:bidi="ru-RU"/>
            </w:rPr>
            <w:instrText xml:space="preserve">NUMPAGES</w:instrText>
          </w:r>
          <w:r>
            <w:rPr>
              <w:rFonts w:ascii="Arial" w:hAnsi="Arial" w:eastAsia="Arial" w:cs="Arial"/>
              <w:color w:val="526577"/>
              <w:sz w:val="16"/>
              <w:lang w:val="ru-RU" w:eastAsia="ru-RU" w:bidi="ru-RU"/>
            </w:rPr>
            <w:fldChar w:fldCharType="separate"/>
          </w:r>
          <w:r>
            <w:rPr>
              <w:rFonts w:ascii="Arial" w:hAnsi="Arial" w:eastAsia="Arial" w:cs="Arial"/>
              <w:color w:val="526577"/>
              <w:sz w:val="16"/>
              <w:lang w:val="ru-RU" w:eastAsia="ru-RU" w:bidi="ru-RU"/>
            </w:rPr>
            <w:instrText xml:space="preserve">1</w:instrText>
          </w:r>
          <w:r>
            <w:rPr>
              <w:rFonts w:ascii="Arial" w:hAnsi="Arial" w:eastAsia="Arial" w:cs="Arial"/>
              <w:color w:val="526577"/>
              <w:sz w:val="16"/>
              <w:lang w:val="ru-RU" w:eastAsia="ru-RU" w:bidi="ru-RU"/>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tblCaption w:val="OLYELECTRA document header"/>
      <w:tblDescription w:val="OLYELECTRA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pPr>
          <w:r>
            <w:drawing>
              <wp:inline xmlns:a="http://schemas.openxmlformats.org/drawingml/2006/main" xmlns:pic="http://schemas.openxmlformats.org/drawingml/2006/picture">
                <wp:extent cx="2057400" cy="411480"/>
                <wp:docPr id="1" name="OLYELECTRA wordmark" descr="OLYELECTRA wordmark"/>
                <wp:cNvGraphicFramePr>
                  <a:graphicFrameLocks noChangeAspect="1"/>
                </wp:cNvGraphicFramePr>
                <a:graphic>
                  <a:graphicData uri="http://schemas.openxmlformats.org/drawingml/2006/picture">
                    <pic:pic>
                      <pic:nvPicPr>
                        <pic:cNvPr id="0" name="olyelectra-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right"/>
          </w:pPr>
          <w:r>
            <w:rPr>
              <w:rFonts w:ascii="Arial" w:hAnsi="Arial" w:eastAsia="Arial" w:cs="Arial"/>
              <w:b/>
              <w:color w:val="FFFFFF"/>
              <w:sz w:val="16"/>
              <w:lang w:val="ru-RU" w:eastAsia="ru-RU" w:bidi="ru-RU"/>
            </w:rPr>
            <w:t>ВОЗОБНОВЛЯЕМАЯ ЭНЕРГЕТИКА, НАКОПЛЕНИЕ И ЭЛЕКТРИФИКАЦИЯ</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ru-RU" w:eastAsia="ru-RU" w:bidi="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166534"/>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ru&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запроса NDA и проектной информации</dc:title>
  <dc:subject>Безопасный анализ конфиденциальной информации по энергетическим проектам и критически важной инфраструктуре</dc:subject>
  <dc:creator/>
  <cp:keywords>OLYELECTRA, renewable energy, energy storage, grid, due diligence, document control</cp:keywords>
  <dc:description>Controlled OLYELECTRA form OLYE-FRM-NDA-001 V2.0.</dc:description>
  <cp:lastModifiedBy/>
  <cp:revision>1</cp:revision>
  <dcterms:created xsi:type="dcterms:W3CDTF">2013-12-23T23:15:00Z</dcterms:created>
  <dcterms:modified xsi:type="dcterms:W3CDTF">2013-12-23T23:15:00Z</dcterms:modified>
  <cp:category/>
</cp:coreProperties>
</file>