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right"/>
        <w:bidi/>
      </w:pPr>
      <w:r>
        <w:rPr>
          <w:rFonts w:ascii="Arial" w:hAnsi="Arial" w:eastAsia="Arial" w:cs="Arial"/>
          <w:b/>
          <w:color w:val="051C2B"/>
          <w:sz w:val="42"/>
          <w:lang w:val="ar" w:eastAsia="ar" w:bidi="ar"/>
        </w:rPr>
        <w:t>نموذج متطلبات مشروع الطاقة المتجددة</w:t>
      </w:r>
    </w:p>
    <w:p>
      <w:pPr>
        <w:pStyle w:val="Subtitle"/>
        <w:spacing w:before="0" w:after="140" w:line="240" w:lineRule="auto"/>
        <w:jc w:val="right"/>
        <w:bidi/>
      </w:pPr>
      <w:r>
        <w:rPr>
          <w:rFonts w:ascii="Arial" w:hAnsi="Arial" w:eastAsia="Arial" w:cs="Arial"/>
          <w:color w:val="526577"/>
          <w:sz w:val="19"/>
          <w:lang w:val="ar" w:eastAsia="ar" w:bidi="ar"/>
        </w:rPr>
        <w:t>تناول منظم لبرامج توليد الطاقة المتجددة والتخزين والشبكات والكهرباء</w:t>
      </w:r>
    </w:p>
    <w:tbl>
      <w:tblPr>
        <w:tblW w:type="dxa" w:w="10106"/>
        <w:jc w:val="center"/>
        <w:tblLayout w:type="fixed"/>
        <w:tblLook w:firstColumn="1" w:firstRow="1" w:lastColumn="0" w:lastRow="0" w:noHBand="0" w:noVBand="1" w:val="04A0"/>
        <w:tblInd w:w="120" w:type="dxa"/>
        <w:bidiVisual/>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رمز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OLYE-FRM-RPR-001</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الإصدار / تاريخ السريان</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2.0 / 2 أغسطس 2026</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التصنيف</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نموذج أعمال خاضع للضبط</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مالك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اللغة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العربية</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الحالة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جاهز للنشر / نسخة أصلية خاضعة للضبط</w:t>
            </w:r>
          </w:p>
        </w:tc>
      </w:tr>
    </w:tbl>
    <w:tbl>
      <w:tblPr>
        <w:tblW w:type="dxa" w:w="10106"/>
        <w:jc w:val="center"/>
        <w:tblLayout w:type="fixed"/>
        <w:tblLook w:firstColumn="1" w:firstRow="1" w:lastColumn="0" w:lastRow="0" w:noHBand="0" w:noVBand="1" w:val="04A0"/>
        <w:tblInd w:w="120" w:type="dxa"/>
        <w:bidiVisual/>
        <w:tblCaption w:val="الغرض"/>
        <w:tblDescription w:val="استخدم هذا النموذج لتحديد متطلبات مشروع الطاقة غير الحساسة. تقوم OLYELECTRA بمراجعة سلطة الراعي والموقع وبيانات الموارد/الحمل ومسار الشبكة والتكنولوجيا وأدلة الموردين والسلامة والتصاريح والافتراضات التجارية والجدول الزمن"/>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right"/>
              <w:bidi/>
            </w:pPr>
            <w:r/>
            <w:r>
              <w:rPr>
                <w:rFonts w:ascii="Arial" w:hAnsi="Arial" w:eastAsia="Arial" w:cs="Arial"/>
                <w:b/>
                <w:i w:val="0"/>
                <w:color w:val="FFFFFF"/>
                <w:sz w:val="18"/>
                <w:lang w:val="ar" w:eastAsia="ar" w:bidi="ar"/>
              </w:rPr>
              <w:t>الغرض</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right"/>
              <w:bidi/>
            </w:pPr>
            <w:r/>
            <w:r>
              <w:rPr>
                <w:rFonts w:ascii="Arial" w:hAnsi="Arial" w:eastAsia="Arial" w:cs="Arial"/>
                <w:color w:val="102334"/>
                <w:sz w:val="17"/>
                <w:lang w:val="ar" w:eastAsia="ar" w:bidi="ar"/>
              </w:rPr>
              <w:t>استخدم هذا النموذج لتحديد متطلبات مشروع الطاقة غير الحساسة. تقوم OLYELECTRA بمراجعة سلطة الراعي والموقع وبيانات الموارد/الحمل ومسار الشبكة والتكنولوجيا وأدلة الموردين والسلامة والتصاريح والافتراضات التجارية والجدول الزمني واحتياجات دورة الحياة قبل اقتراح الخطوة التالية المؤهلة.</w:t>
            </w:r>
          </w:p>
        </w:tc>
      </w:tr>
    </w:tbl>
    <w:tbl>
      <w:tblPr>
        <w:tblW w:type="dxa" w:w="10106"/>
        <w:jc w:val="center"/>
        <w:tblLayout w:type="fixed"/>
        <w:tblLook w:firstColumn="1" w:firstRow="1" w:lastColumn="0" w:lastRow="0" w:noHBand="0" w:noVBand="1" w:val="04A0"/>
        <w:tblInd w:w="120" w:type="dxa"/>
        <w:bidiVisual/>
        <w:tblCaption w:val="تعليمات الإكمال"/>
        <w:tblDescription w:val="يرجى استكمال جميع الحقول المنطبقة، والإشارة إلى الأدلة باسم المستند والجهة المصدرة والرقم والمراجعة والتاريخ. ضع عبارة «لا ينطبق» مع بيان السبب عند الحاجة، وافصل بوضوح بين التقديرات والبيانات المقاسة أو المعتمدة. يجوز لـ"/>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تعليمات الإكمال</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يرجى استكمال جميع الحقول المنطبقة، والإشارة إلى الأدلة باسم المستند والجهة المصدرة والرقم والمراجعة والتاريخ. ضع عبارة «لا ينطبق» مع بيان السبب عند الحاجة، وافصل بوضوح بين التقديرات والبيانات المقاسة أو المعتمدة. يجوز لـ OLYELECTRA طلب إيضاحات أو عناية واجبة معززة أو تبادل المعلومات عبر غرفة بيانات آمنة.</w:t>
            </w:r>
          </w:p>
        </w:tc>
      </w:tr>
    </w:tbl>
    <w:tbl>
      <w:tblPr>
        <w:tblW w:type="dxa" w:w="10106"/>
        <w:jc w:val="center"/>
        <w:tblLayout w:type="fixed"/>
        <w:tblLook w:firstColumn="1" w:firstRow="1" w:lastColumn="0" w:lastRow="0" w:noHBand="0" w:noVBand="1" w:val="04A0"/>
        <w:tblInd w:w="120" w:type="dxa"/>
        <w:bidiVisual/>
        <w:tblCaption w:val="الخصوصية والتعامل الآمن مع الوثائق"/>
        <w:tblDescription w:val="لا ترسل بيانات الدخول أو نماذج الشبكة وإعداداتها التفصيلية أو مخططات البنية التحتية الحرجة أو وثائق الهوية أو البيانات الشخصية المحمية أو المعلومات التجارية المقيدة عبر البريد الإلكتروني العادي أو النموذج العام. اكتفِ بم"/>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الخصوصية والتعامل الآمن مع الوثائق</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لا ترسل بيانات الدخول أو نماذج الشبكة وإعداداتها التفصيلية أو مخططات البنية التحتية الحرجة أو وثائق الهوية أو البيانات الشخصية المحمية أو المعلومات التجارية المقيدة عبر البريد الإلكتروني العادي أو النموذج العام. اكتفِ بمراجع المستندات إلى حين اعتماد القناة الآمنة والمستلمين المخولين.</w:t>
            </w:r>
          </w:p>
          <w:p>
            <w:pPr>
              <w:spacing w:before="60" w:after="0" w:line="240" w:lineRule="auto"/>
              <w:jc w:val="right"/>
              <w:bidi/>
            </w:pPr>
            <w:hyperlink r:id="rId11">
              <w:r>
                <w:rPr>
                  <w:color w:val="166534"/>
                  <w:u w:val="single"/>
                </w:rPr>
                <w:t>اقرأ إشعار الخصوصية لدى OLYVENRA</w:t>
              </w:r>
            </w:hyperlink>
          </w:p>
        </w:tc>
      </w:tr>
    </w:tbl>
    <w:tbl>
      <w:tblPr>
        <w:tblW w:type="dxa" w:w="10106"/>
        <w:jc w:val="center"/>
        <w:tblLayout w:type="fixed"/>
        <w:tblLook w:firstColumn="1" w:firstRow="1" w:lastColumn="0" w:lastRow="0" w:noHBand="0" w:noVBand="1" w:val="04A0"/>
        <w:tblInd w:w="120" w:type="dxa"/>
        <w:bidiVisual/>
        <w:tblCaption w:val="حدود صلاحية المشروع والسلامة والأدلة"/>
        <w:tblDescription w:val="لا يشكل هذا النموذج عرضاً أو اعتماداً هندسياً أو موافقة ربط بالشبكة أو تصريحاً أو شهادة منتج أو ضماناً للإنتاج أو الوفورات أو التزاماً بالتمويل أو مشورة قانونية أو التزاماً بإبرام معاملة. يجب أن تتخذ الأطراف المختصة القر"/>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right"/>
              <w:bidi/>
            </w:pPr>
            <w:r/>
            <w:r>
              <w:rPr>
                <w:rFonts w:ascii="Arial" w:hAnsi="Arial" w:eastAsia="Arial" w:cs="Arial"/>
                <w:b/>
                <w:i w:val="0"/>
                <w:color w:val="FFFFFF"/>
                <w:sz w:val="18"/>
                <w:lang w:val="ar" w:eastAsia="ar" w:bidi="ar"/>
              </w:rPr>
              <w:t>حدود صلاحية المشروع والسلامة والأدلة</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right"/>
              <w:bidi/>
            </w:pPr>
            <w:r/>
            <w:r>
              <w:rPr>
                <w:rFonts w:ascii="Arial" w:hAnsi="Arial" w:eastAsia="Arial" w:cs="Arial"/>
                <w:color w:val="102334"/>
                <w:sz w:val="17"/>
                <w:lang w:val="ar" w:eastAsia="ar" w:bidi="ar"/>
              </w:rPr>
              <w:t>لا يشكل هذا النموذج عرضاً أو اعتماداً هندسياً أو موافقة ربط بالشبكة أو تصريحاً أو شهادة منتج أو ضماناً للإنتاج أو الوفورات أو التزاماً بالتمويل أو مشورة قانونية أو التزاماً بإبرام معاملة. يجب أن تتخذ الأطراف المختصة القرارات استناداً إلى أدلة خاصة بالمشروع.</w:t>
            </w:r>
          </w:p>
        </w:tc>
      </w:tr>
    </w:tbl>
    <w:p>
      <w:pPr>
        <w:pStyle w:val="Heading1"/>
        <w:spacing w:before="160" w:after="80" w:line="240" w:lineRule="auto"/>
        <w:jc w:val="right"/>
        <w:keepNext/>
        <w:bidi/>
      </w:pPr>
      <w:r>
        <w:rPr>
          <w:rFonts w:ascii="Arial" w:hAnsi="Arial" w:eastAsia="Arial" w:cs="Arial"/>
          <w:b/>
          <w:color w:val="166534"/>
          <w:sz w:val="25"/>
          <w:lang w:val="ar" w:eastAsia="ar" w:bidi="ar"/>
        </w:rPr>
        <w:t>هوية المنظمة وسلطتها</w:t>
      </w:r>
    </w:p>
    <w:tbl>
      <w:tblPr>
        <w:tblW w:type="dxa" w:w="10106"/>
        <w:jc w:val="center"/>
        <w:tblLayout w:type="fixed"/>
        <w:tblLook w:firstColumn="1" w:firstRow="1" w:lastColumn="0" w:lastRow="0" w:noHBand="0" w:noVBand="1" w:val="04A0"/>
        <w:tblInd w:w="120" w:type="dxa"/>
        <w:bidiVisual/>
        <w:tblCaption w:val="هوية المنظمة وسلطتها"/>
        <w:tblDescription w:val="هوية المنظمة وسلطتها: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الاسم القانوني الكامل والاسم التجاري ونوع المنظمة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م القانوني الكامل والاسم التجاري ونوع المنظمة"/>
                <w:tag w:val="olyelectra.v2.buyer-requirement.ar.identity.legal_name"/>
                <w:id w:val="2662866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رقم التسجيل والبلد والحالة الضريبية والعنوان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رقم التسجيل والبلد والحالة الضريبية والعنوان المسجل"/>
                <w:tag w:val="olyelectra.v2.buyer-requirement.ar.identity.registration"/>
                <w:id w:val="199458171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موقع الشركة والملف الشخصي العام الذي يمكن التحقق منه</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وقع الشركة والملف الشخصي العام الذي يمكن التحقق منه"/>
                <w:tag w:val="olyelectra.v2.buyer-requirement.ar.identity.website"/>
                <w:id w:val="187102470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جهة الاتصال المعتمدة: الاسم والمسمى الوظيفي والقسم والبريد الإلكتروني والهاتف</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هة الاتصال المعتمدة: الاسم والمسمى الوظيفي والقسم والبريد الإلكتروني والهاتف"/>
                <w:tag w:val="olyelectra.v2.buyer-requirement.ar.identity.contact"/>
                <w:id w:val="152350618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صلاحية تمثيل المنظمة وتقديم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صلاحية تمثيل المنظمة وتقديم هذا النموذج"/>
                <w:tag w:val="olyelectra.v2.buyer-requirement.ar.identity.authority_basis"/>
                <w:id w:val="59038414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ملكية المشروع والراعي وجهة التعاقد وسلطة القرار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لكية المشروع والراعي وجهة التعاقد وسلطة القرار"/>
                <w:tag w:val="olyelectra.v2.buyer-requirement.ar.identity.ownership_model"/>
                <w:id w:val="125530764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الغرض من المشروع والمرحلة وطريق الشراء</w:t>
      </w:r>
    </w:p>
    <w:tbl>
      <w:tblPr>
        <w:tblW w:type="dxa" w:w="10106"/>
        <w:jc w:val="center"/>
        <w:tblLayout w:type="fixed"/>
        <w:tblLook w:firstColumn="1" w:firstRow="1" w:lastColumn="0" w:lastRow="0" w:noHBand="0" w:noVBand="1" w:val="04A0"/>
        <w:tblInd w:w="120" w:type="dxa"/>
        <w:bidiVisual/>
        <w:tblCaption w:val="الغرض من المشروع والمرحلة وطريق الشراء"/>
        <w:tblDescription w:val="الغرض من المشروع والمرحلة وطريق الشراء: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اسم المشروع أو المحفظة والمرجع الداخلي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سم المشروع أو المحفظة والمرجع الداخلي"/>
                <w:tag w:val="olyelectra.v2.buyer-requirement.ar.project.project_name"/>
                <w:id w:val="33135428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هدف الأعمال أو الطاقة أو المرونة أو المناخ أو الخدمة العامة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هدف الأعمال أو الطاقة أو المرونة أو المناخ أو الخدمة العامة"/>
                <w:tag w:val="olyelectra.v2.buyer-requirement.ar.project.project_purpose"/>
                <w:id w:val="94605034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المرحلة الحالية: المفهوم أو الجدوى أو التطوير أو الشبكة أو المشتريات أو التمويل أو البناء أو العمليات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رحلة الحالية: المفهوم أو الجدوى أو التطوير أو الشبكة أو المشتريات أو التمويل أو البناء أو العمليات"/>
                <w:tag w:val="olyelectra.v2.buyer-requirement.ar.project.project_stage"/>
                <w:id w:val="202353309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مطلوب عائلة التكنولوجيا أو الحل المتكامل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طلوب عائلة التكنولوجيا أو الحل المتكامل"/>
                <w:tag w:val="olyelectra.v2.buyer-requirement.ar.project.technology_family"/>
                <w:id w:val="9153840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التوليد والتخزين والشحن والسعة الحرارية أو الحمولة والوحدات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ليد والتخزين والشحن والسعة الحرارية أو الحمولة والوحدات"/>
                <w:tag w:val="olyelectra.v2.buyer-requirement.ar.project.capacity"/>
                <w:id w:val="174313499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المشتريات أو المناقصات أو إطار العمل أو اتفاقية شراء الطاقة أو الإيجار أو EPC أو مسار الخدمة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شتريات أو المناقصات أو إطار العمل أو اتفاقية شراء الطاقة أو الإيجار أو EPC أو مسار الخدمة"/>
                <w:tag w:val="olyelectra.v2.buyer-requirement.ar.project.procurement_route"/>
                <w:id w:val="34553838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الدور المطلوب من OLYELECTRA والتسليمات المتوقعة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دور المطلوب من OLYELECTRA والتسليمات المتوقعة"/>
                <w:tag w:val="olyelectra.v2.buyer-requirement.ar.project.requested_role"/>
                <w:id w:val="147012682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مراحل اتخاذ القرار والمشتريات والبناء والتنشيط والتشغيل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راحل اتخاذ القرار والمشتريات والبناء والتنشيط والتشغيل"/>
                <w:tag w:val="olyelectra.v2.buyer-requirement.ar.project.schedule"/>
                <w:id w:val="84245282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الميزانية الإرشادية والعملة وأساس السعر والموافقات، إذا كان من الممكن الإفصاح عنها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يزانية الإرشادية والعملة وأساس السعر والموافقات، إذا كان من الممكن الإفصاح عنها"/>
                <w:tag w:val="olyelectra.v2.buyer-requirement.ar.project.budget"/>
                <w:id w:val="94373540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الموقع والأرض والتصاريح وأصحاب المصلحة</w:t>
      </w:r>
    </w:p>
    <w:tbl>
      <w:tblPr>
        <w:tblW w:type="dxa" w:w="10106"/>
        <w:jc w:val="center"/>
        <w:tblLayout w:type="fixed"/>
        <w:tblLook w:firstColumn="1" w:firstRow="1" w:lastColumn="0" w:lastRow="0" w:noHBand="0" w:noVBand="1" w:val="04A0"/>
        <w:tblInd w:w="120" w:type="dxa"/>
        <w:bidiVisual/>
        <w:tblCaption w:val="الموقع والأرض والتصاريح وأصحاب المصلحة"/>
        <w:tblDescription w:val="الموقع والأرض والتصاريح وأصحاب المصلح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البلد والمنطقة ووصف الموقع/الموقع غير الحساس</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بلد والمنطقة ووصف الموقع/الموقع غير الحساس"/>
                <w:tag w:val="olyelectra.v2.buyer-requirement.ar.site.site_address"/>
                <w:id w:val="211464665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حقوق ملكية / إيجار الأرض أو السطح أو المنشأة وسلطة الوصول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حقوق ملكية / إيجار الأرض أو السطح أو المنشأة وسلطة الوصول"/>
                <w:tag w:val="olyelectra.v2.buyer-requirement.ar.site.site_rights"/>
                <w:id w:val="97319771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Greenfield، Brownfield، الأصول التشغيلية، التحديثية، التوسع أو إعادة التشغيل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Greenfield، Brownfield، الأصول التشغيلية، التحديثية، التوسع أو إعادة التشغيل"/>
                <w:tag w:val="olyelectra.v2.buyer-requirement.ar.site.site_status"/>
                <w:id w:val="31229484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المسوحات الطبوغرافية أو الجيوتقنية أو الهيكلية أو الهيدرولوجية أو غيرها المتاحة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سوحات الطبوغرافية أو الجيوتقنية أو الهيكلية أو الهيدرولوجية أو غيرها المتاحة"/>
                <w:tag w:val="olyelectra.v2.buyer-requirement.ar.site.surveys"/>
                <w:id w:val="85072268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قيود الوصول والنقل والرافعة والبناء والوضع وساعات العمل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قيود الوصول والنقل والرافعة والبناء والوضع وساعات العمل"/>
                <w:tag w:val="olyelectra.v2.buyer-requirement.ar.site.access_logistics"/>
                <w:id w:val="209561665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التخطيط والبناء والبيئة والطيران والتراث وغيرها من حالة التصاريح</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خطيط والبناء والبيئة والطيران والتراث وغيرها من حالة التصاريح"/>
                <w:tag w:val="olyelectra.v2.buyer-requirement.ar.site.permitting"/>
                <w:id w:val="120437285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التنوع البيولوجي والمياه والصرف الصحي والضوضاء والبصرية والنفايات وقيود التلوث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نوع البيولوجي والمياه والصرف الصحي والضوضاء والبصرية والنفايات وقيود التلوث"/>
                <w:tag w:val="olyelectra.v2.buyer-requirement.ar.site.environment"/>
                <w:id w:val="19949783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اعتبارات مالك الأرض والمجتمع والسكان الأصليين والتراث الثقافي وأصحاب المصلحة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عتبارات مالك الأرض والمجتمع والسكان الأصليين والتراث الثقافي وأصحاب المصلحة"/>
                <w:tag w:val="olyelectra.v2.buyer-requirement.ar.site.community"/>
                <w:id w:val="63891489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درجة الحرارة والرياح والثلوج والفيضانات والزلازل والتآكل والارتفاع وظروف الموقع الأخرى</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درجة الحرارة والرياح والثلوج والفيضانات والزلازل والتآكل والارتفاع وظروف الموقع الأخرى"/>
                <w:tag w:val="olyelectra.v2.buyer-requirement.ar.site.climate"/>
                <w:id w:val="92763228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أمان الموقع والبنية التحتية الحيوية والمعلومات الخاضعة للرقابة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أمان الموقع والبنية التحتية الحيوية والمعلومات الخاضعة للرقابة"/>
                <w:tag w:val="olyelectra.v2.buyer-requirement.ar.site.security"/>
                <w:id w:val="192901971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أساس الموارد والحمل والأداء</w:t>
      </w:r>
    </w:p>
    <w:tbl>
      <w:tblPr>
        <w:tblW w:type="dxa" w:w="10106"/>
        <w:jc w:val="center"/>
        <w:tblLayout w:type="fixed"/>
        <w:tblLook w:firstColumn="1" w:firstRow="1" w:lastColumn="0" w:lastRow="0" w:noHBand="0" w:noVBand="1" w:val="04A0"/>
        <w:tblInd w:w="120" w:type="dxa"/>
        <w:bidiVisual/>
        <w:tblCaption w:val="أساس الموارد والحمل والأداء"/>
        <w:tblDescription w:val="أساس الموارد والحمل والأداء: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مصادر بيانات الطاقة الشمسية وطاقة الرياح والطاقة المائية والطاقة الحرارية الأرضية أو غيرها من مصادر البيانات والفترة والجودة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صادر بيانات الطاقة الشمسية وطاقة الرياح والطاقة المائية والطاقة الحرارية الأرضية أو غيرها من مصادر البيانات والفترة والجودة"/>
                <w:tag w:val="olyelectra.v2.buyer-requirement.ar.energy.resource_data"/>
                <w:id w:val="161485389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بيانات الحمل الكهربائي/الحراري الفاصلة والفترة والاكتمال ومالك البيانات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بيانات الحمل الكهربائي/الحراري الفاصلة والفترة والاكتمال ومالك البيانات"/>
                <w:tag w:val="olyelectra.v2.buyer-requirement.ar.energy.load_data"/>
                <w:id w:val="175702744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الأحمال الحرجة ومدة المرونة وقيود التشغيل وأولوية التحميل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أحمال الحرجة ومدة المرونة وقيود التشغيل وأولوية التحميل"/>
                <w:tag w:val="olyelectra.v2.buyer-requirement.ar.energy.critical_loads"/>
                <w:id w:val="96650567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الطاقة والتكلفة والانبعاثات خط الأساس والحدود وطريقة التعديل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طاقة والتكلفة والانبعاثات خط الأساس والحدود وطريقة التعديل"/>
                <w:tag w:val="olyelectra.v2.buyer-requirement.ar.energy.baseline"/>
                <w:id w:val="137594825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نموذج العائد والادخار أو الإرسال والبرنامج/الإصدار والمؤلف وحالة المراجعة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موذج العائد والادخار أو الإرسال والبرنامج/الإصدار والمؤلف وحالة المراجعة"/>
                <w:tag w:val="olyelectra.v2.buyer-requirement.ar.energy.energy_model"/>
                <w:id w:val="86835580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افتراضات الخسارة والتدهور والتوافر والتقليص وعدم اليقين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فتراضات الخسارة والتدهور والتوافر والتقليص وعدم اليقين"/>
                <w:tag w:val="olyelectra.v2.buyer-requirement.ar.energy.losses"/>
                <w:id w:val="51100646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خطة القياس والقياس / التحقق من النتائج المتوقعة والفعلية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طة القياس والقياس / التحقق من النتائج المتوقعة والفعلية"/>
                <w:tag w:val="olyelectra.v2.buyer-requirement.ar.energy.measurement"/>
                <w:id w:val="80637283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التوفير المقترح أو العائد أو الانبعاثات أو المطالبات المتجددة ومنهجية الأدلة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فير المقترح أو العائد أو الانبعاثات أو المطالبات المتجددة ومنهجية الأدلة"/>
                <w:tag w:val="olyelectra.v2.buyer-requirement.ar.energy.claims"/>
                <w:id w:val="117050007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اتصال الشبكة وتكامل النظام الكهربائي</w:t>
      </w:r>
    </w:p>
    <w:tbl>
      <w:tblPr>
        <w:tblW w:type="dxa" w:w="10106"/>
        <w:jc w:val="center"/>
        <w:tblLayout w:type="fixed"/>
        <w:tblLook w:firstColumn="1" w:firstRow="1" w:lastColumn="0" w:lastRow="0" w:noHBand="0" w:noVBand="1" w:val="04A0"/>
        <w:tblInd w:w="120" w:type="dxa"/>
        <w:bidiVisual/>
        <w:tblCaption w:val="اتصال الشبكة وتكامل النظام الكهربائي"/>
        <w:tblDescription w:val="اتصال الشبكة وتكامل النظام الكهربائي: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مشغل الشبكة/الأداة المساعدة ذو الصلة ومسار التطبيق المحدد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شغل الشبكة/الأداة المساعدة ذو الصلة ومسار التطبيق المحدد"/>
                <w:tag w:val="olyelectra.v2.buyer-requirement.ar.grid.network_operator"/>
                <w:id w:val="105441459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نقطة الاتصال المقترحة والجهد وقدرة الاستيراد/التصدير وحدود الملكية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قطة الاتصال المقترحة والجهد وقدرة الاستيراد/التصدير وحدود الملكية"/>
                <w:tag w:val="olyelectra.v2.buyer-requirement.ar.grid.connection_point"/>
                <w:id w:val="123088791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الطلب وقائمة الانتظار والعرض والدراسة والاتفاقية وحالة الموافقة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طلب وقائمة الانتظار والعرض والدراسة والاتفاقية وحالة الموافقة"/>
                <w:tag w:val="olyelectra.v2.buyer-requirement.ar.grid.grid_status"/>
                <w:id w:val="88376522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تدفق الحمل، ماس كهربائى، الحماية، التوافقي، الاستقرار أو حالة الدراسة الأخرى</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دفق الحمل، ماس كهربائى، الحماية، التوافقي، الاستقرار أو حالة الدراسة الأخرى"/>
                <w:tag w:val="olyelectra.v2.buyer-requirement.ar.grid.grid_studies"/>
                <w:id w:val="197312100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حدود التصدير/الاستيراد، الشروط غير المؤكدة، التقليص ومظاريف التشغيل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حدود التصدير/الاستيراد، الشروط غير المؤكدة، التقليص ومظاريف التشغيل"/>
                <w:tag w:val="olyelectra.v2.buyer-requirement.ar.grid.export_limits"/>
                <w:id w:val="102642683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فلسفة الحماية والتأريض والعزل ومكافحة الجزر والواجهة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فلسفة الحماية والتأريض والعزل ومكافحة الجزر والواجهة"/>
                <w:tag w:val="olyelectra.v2.buyer-requirement.ar.grid.protection"/>
                <w:id w:val="190605771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الطاقة التفاعلية والتوافقيات والوميض والجهد ورمز الشبكة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الطاقة التفاعلية والتوافقيات والوميض والجهد ورمز الشبكة"/>
                <w:tag w:val="olyelectra.v2.buyer-requirement.ar.grid.power_quality"/>
                <w:id w:val="122202380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قياس الإيرادات / التسوية والقياس عن بعد والاتصالات ومسؤوليات البيانات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قياس الإيرادات / التسوية والقياس عن بعد والاتصالات ومسؤوليات البيانات"/>
                <w:tag w:val="olyelectra.v2.buyer-requirement.ar.grid.metering"/>
                <w:id w:val="118765394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رسم تخطيطي أحادي الخط ومرجع لأساس التصميم الكهربائي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رسم تخطيطي أحادي الخط ومرجع لأساس التصميم الكهربائي"/>
                <w:tag w:val="olyelectra.v2.buyer-requirement.ar.grid.single_line"/>
                <w:id w:val="186318008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المصمم المسؤول والمهندس المرخص والموافق على الشبكة وطريق تسجيل الخروج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صمم المسؤول والمهندس المرخص والموافق على الشبكة وطريق تسجيل الخروج"/>
                <w:tag w:val="olyelectra.v2.buyer-requirement.ar.grid.grid_authority"/>
                <w:id w:val="177725593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متطلبات التكنولوجيا والموردين والأدلة</w:t>
      </w:r>
    </w:p>
    <w:tbl>
      <w:tblPr>
        <w:tblW w:type="dxa" w:w="10106"/>
        <w:jc w:val="center"/>
        <w:tblLayout w:type="fixed"/>
        <w:tblLook w:firstColumn="1" w:firstRow="1" w:lastColumn="0" w:lastRow="0" w:noHBand="0" w:noVBand="1" w:val="04A0"/>
        <w:tblInd w:w="120" w:type="dxa"/>
        <w:bidiVisual/>
        <w:tblCaption w:val="متطلبات التكنولوجيا والموردين والأدلة"/>
        <w:tblDescription w:val="متطلبات التكنولوجيا والموردين والأدل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الشركة المصنعة القانونية وموقع التصنيع وبلد المنشأ وطريق التوريد المعتمد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ركة المصنعة القانونية وموقع التصنيع وبلد المنشأ وطريق التوريد المعتمد"/>
                <w:tag w:val="olyelectra.v2.buyer-requirement.ar.technology.manufacturer"/>
                <w:id w:val="202654790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النموذج الدقيق والتكوين والتصنيف والمراجعة والبرامج/البرامج الثابتة والملحقات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نموذج الدقيق والتكوين والتصنيف والمراجعة والبرامج/البرامج الثابتة والملحقات"/>
                <w:tag w:val="olyelectra.v2.buyer-requirement.ar.technology.model"/>
                <w:id w:val="123470106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المعايير/الأكواد الخاصة بالعقد والولاية القضائية والمنتج والإصدارات المطلوبة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عايير/الأكواد الخاصة بالعقد والولاية القضائية والمنتج والإصدارات المطلوبة"/>
                <w:tag w:val="olyelectra.v2.buyer-requirement.ar.technology.standards"/>
                <w:id w:val="65899116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تقارير/شهادات النوع الحالي والسلامة والأداء والبيئة والمطابقة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قارير/شهادات النوع الحالي والسلامة والأداء والبيئة والمطابقة"/>
                <w:tag w:val="olyelectra.v2.buyer-requirement.ar.technology.reports"/>
                <w:id w:val="50197169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مراجع مشروع التشغيل القابلة للمقارنة والبلد والقدرة والعمر وطريق الاتصال بالعملاء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راجع مشروع التشغيل القابلة للمقارنة والبلد والقدرة والعمر وطريق الاتصال بالعملاء"/>
                <w:tag w:val="olyelectra.v2.buyer-requirement.ar.technology.references"/>
                <w:id w:val="37019481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القدرة على التصنيع والمهلة الزمنية ومراجعة المصنع وترتيبات إصدار الجودة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قدرة على التصنيع والمهلة الزمنية ومراجعة المصنع وترتيبات إصدار الجودة"/>
                <w:tag w:val="olyelectra.v2.buyer-requirement.ar.technology.factory"/>
                <w:id w:val="111872611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قواعد المكافئ المعتمد وتغيير التصميم وتغيير المكونات والإخطار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قواعد المكافئ المعتمد وتغيير التصميم وتغيير المكونات والإخطار"/>
                <w:tag w:val="olyelectra.v2.buyer-requirement.ar.technology.substitution"/>
                <w:id w:val="78957609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معايير التفتيش وقبول المصنع/الموقع والتشغيل واختبار الأداء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عايير التفتيش وقبول المصنع/الموقع والتشغيل واختبار الأداء"/>
                <w:tag w:val="olyelectra.v2.buyer-requirement.ar.technology.acceptance"/>
                <w:id w:val="40986287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الرسومات والنماذج والحسابات والأدلة والتدريب والسجلات المطلوبة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رسومات والنماذج والحسابات والأدلة والتدريب والسجلات المطلوبة"/>
                <w:tag w:val="olyelectra.v2.buyer-requirement.ar.technology.documentation"/>
                <w:id w:val="52606235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الخدمة المحلية وقطع الغيار والتصعيد والدعم عن بعد والقدرة على وقت الاستجابة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خدمة المحلية وقطع الغيار والتصعيد والدعم عن بعد والقدرة على وقت الاستجابة"/>
                <w:tag w:val="olyelectra.v2.buyer-requirement.ar.technology.support"/>
                <w:id w:val="174202622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متطلبات التخزين والشبكة الصغيرة وشحن السيارات الكهربائية، إن أمكن</w:t>
      </w:r>
    </w:p>
    <w:tbl>
      <w:tblPr>
        <w:tblW w:type="dxa" w:w="10106"/>
        <w:jc w:val="center"/>
        <w:tblLayout w:type="fixed"/>
        <w:tblLook w:firstColumn="1" w:firstRow="1" w:lastColumn="0" w:lastRow="0" w:noHBand="0" w:noVBand="1" w:val="04A0"/>
        <w:tblInd w:w="120" w:type="dxa"/>
        <w:bidiVisual/>
        <w:tblCaption w:val="متطلبات التخزين والشبكة الصغيرة وشحن السيارات الكهربائية، إن أمكن"/>
        <w:tblDescription w:val="متطلبات التخزين والشبكة الصغيرة وشحن السيارات الكهربائية، إن أمكن: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حالة استخدام BESS، MW/MWh، المدة، دورة العمل، حالة الشحن وأولويات الإرسال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حالة استخدام BESS، MW/MWh، المدة، دورة العمل، حالة الشحن وأولويات الإرسال"/>
                <w:tag w:val="olyelectra.v2.buyer-requirement.ar.storage_ev.storage_use"/>
                <w:id w:val="177196629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الكيمياء، الخلية/الوحدة/الرف/الحاوية، PCS، HVAC، BMS، EMS ومتكامل النظام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كيمياء، الخلية/الوحدة/الرف/الحاوية، PCS، HVAC، BMS، EMS ومتكامل النظام"/>
                <w:tag w:val="olyelectra.v2.buyer-requirement.ar.storage_ev.battery_system"/>
                <w:id w:val="184162551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الدورات/الإنتاجية، والتدهور، والزيادة، والضمان، وافتراضات نهاية العمر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دورات/الإنتاجية، والتدهور، والزيادة، والضمان، وافتراضات نهاية العمر"/>
                <w:tag w:val="olyelectra.v2.buyer-requirement.ar.storage_ev.battery_life"/>
                <w:id w:val="71514407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الكشف والعزل والتهوية والانتشار والاستجابة للحريق وخطة الطوارئ</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كشف والعزل والتهوية والانتشار والاستجابة للحريق وخطة الطوارئ"/>
                <w:tag w:val="olyelectra.v2.buyer-requirement.ar.storage_ev.fire_strategy"/>
                <w:id w:val="15383859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وضع الجزيرة، وإعادة المزامنة، وبدء التشغيل الأسود، وتنسيق المولد/المتجدد، والأحمال الحرجة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وضع الجزيرة، وإعادة المزامنة، وبدء التشغيل الأسود، وتنسيق المولد/المتجدد، والأحمال الحرجة"/>
                <w:tag w:val="olyelectra.v2.buyer-requirement.ar.storage_ev.microgrid"/>
                <w:id w:val="90191655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فئات المركبات وحجم الأسطول والطريق والطاقة ووقت الإقامة والتحول وتوقعات النمو</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فئات المركبات وحجم الأسطول والطريق والطاقة ووقت الإقامة والتحول وتوقعات النمو"/>
                <w:tag w:val="olyelectra.v2.buyer-requirement.ar.storage_ev.ev_demand"/>
                <w:id w:val="11379829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كمية شاحن التيار المتردد/المستمر والطاقة والموصل وإمكانية الوصول والكابل والاحتياجات البيئية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كمية شاحن التيار المتردد/المستمر والطاقة والموصل وإمكانية الوصول والكابل والاحتياجات البيئية"/>
                <w:tag w:val="olyelectra.v2.buyer-requirement.ar.storage_ev.ev_hardware"/>
                <w:id w:val="111518149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المكتب الخلفي، والمدفوعات، والتجوال، والشحن المُدار، ووقت التشغيل، والبيانات، ومتطلبات الإنترنت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كتب الخلفي، والمدفوعات، والتجوال، والشحن المُدار، ووقت التشغيل، والبيانات، ومتطلبات الإنترنت"/>
                <w:tag w:val="olyelectra.v2.buyer-requirement.ar.storage_ev.ev_software"/>
                <w:id w:val="116590348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الافتراضات التجارية والتمويلية والجدول الزمني</w:t>
      </w:r>
    </w:p>
    <w:tbl>
      <w:tblPr>
        <w:tblW w:type="dxa" w:w="10106"/>
        <w:jc w:val="center"/>
        <w:tblLayout w:type="fixed"/>
        <w:tblLook w:firstColumn="1" w:firstRow="1" w:lastColumn="0" w:lastRow="0" w:noHBand="0" w:noVBand="1" w:val="04A0"/>
        <w:tblInd w:w="120" w:type="dxa"/>
        <w:bidiVisual/>
        <w:tblCaption w:val="الافتراضات التجارية والتمويلية والجدول الزمني"/>
        <w:tblDescription w:val="الافتراضات التجارية والتمويلية والجدول الزمني: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الشراء أو EPC أو PPA أو الإيجار أو الطاقة كخدمة أو أي نموذج مقترح آخر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راء أو EPC أو PPA أو الإيجار أو الطاقة كخدمة أو أي نموذج مقترح آخر"/>
                <w:tag w:val="olyelectra.v2.buyer-requirement.ar.commercial.commercial_model"/>
                <w:id w:val="182835602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تعريفة الطاقة، ورسوم الطلب، وقيمة الصادرات، وإيرادات السوق، وافتراضات التصعيد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عريفة الطاقة، ورسوم الطلب، وقيمة الصادرات، وإيرادات السوق، وافتراضات التصعيد"/>
                <w:tag w:val="olyelectra.v2.buyer-requirement.ar.commercial.tariff"/>
                <w:id w:val="134975601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حالة المتعهد أو الائتمان أو PPA أو مشاركة المدخرات والظروف المادية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حالة المتعهد أو الائتمان أو PPA أو مشاركة المدخرات والظروف المادية"/>
                <w:tag w:val="olyelectra.v2.buyer-requirement.ar.commercial.offtake"/>
                <w:id w:val="49937954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مسار حقوق الملكية/الدين/المنحة/الحوافز، والمستشار، والمقرض، وأدلة القابلية المصرفية المطلوبة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ار حقوق الملكية/الدين/المنحة/الحوافز، والمستشار، والمقرض، وأدلة القابلية المصرفية المطلوبة"/>
                <w:tag w:val="olyelectra.v2.buyer-requirement.ar.commercial.finance"/>
                <w:id w:val="54028214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الضرائب والجمارك والدعم والمحتوى المحلي وافتراضات الحوافز وأهلية المالك</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ضرائب والجمارك والدعم والمحتوى المحلي وافتراضات الحوافز وأهلية المالك"/>
                <w:tag w:val="olyelectra.v2.buyer-requirement.ar.commercial.tax_incentive"/>
                <w:id w:val="69900380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التأمين الإنشائي والتشغيلي والممتلكات والمسؤولية والتأمين المتخصص</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التأمين الإنشائي والتشغيلي والممتلكات والمسؤولية والتأمين المتخصص"/>
                <w:tag w:val="olyelectra.v2.buyer-requirement.ar.commercial.insurance"/>
                <w:id w:val="196618707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العملة والضرائب والتصعيد والصلاحية والاستثناءات والطوارئ والعناصر المقدمة من المالك</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ملة والضرائب والتصعيد والصلاحية والاستثناءات والطوارئ والعناصر المقدمة من المالك"/>
                <w:tag w:val="olyelectra.v2.buyer-requirement.ar.commercial.price_basis"/>
                <w:id w:val="84032012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الحساسيات المادية والشروط السابقة والتبعيات ومبادئ التخصيص</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حساسيات المادية والشروط السابقة والتبعيات ومبادئ التخصيص"/>
                <w:tag w:val="olyelectra.v2.buyer-requirement.ar.commercial.commercial_risks"/>
                <w:id w:val="182376800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السلامة والجودة والبيئة والأمن الاجتماعي والأمن السيبراني</w:t>
      </w:r>
    </w:p>
    <w:tbl>
      <w:tblPr>
        <w:tblW w:type="dxa" w:w="10106"/>
        <w:jc w:val="center"/>
        <w:tblLayout w:type="fixed"/>
        <w:tblLook w:firstColumn="1" w:firstRow="1" w:lastColumn="0" w:lastRow="0" w:noHBand="0" w:noVBand="1" w:val="04A0"/>
        <w:tblInd w:w="120" w:type="dxa"/>
        <w:bidiVisual/>
        <w:tblCaption w:val="السلامة والجودة والبيئة والأمن الاجتماعي والأمن السيبراني"/>
        <w:tblDescription w:val="السلامة والجودة والبيئة والأمن الاجتماعي والأمن السيبراني: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سجل مخاطر التصميم والمهندسين المسؤولين وحالة مراجعة المخاطر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سجل مخاطر التصميم والمهندسين المسؤولين وحالة مراجعة المخاطر"/>
                <w:tag w:val="olyelectra.v2.buyer-requirement.ar.safety.design_risk"/>
                <w:id w:val="114925371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السلامة الكهربائية، وميض القوس، والقفل/العلامة، والوصول، ونهج العزل الآمن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سلامة الكهربائية، وميض القوس، والقفل/العلامة، والوصول، ونهج العزل الآمن"/>
                <w:tag w:val="olyelectra.v2.buyer-requirement.ar.safety.electrical_safety"/>
                <w:id w:val="30902349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الواجهة الهيكلية، ومكافحة الحرائق، والهروب الحراري، وخدمات الطوارئ</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اجهة الهيكلية، ومكافحة الحرائق، والهروب الحراري، وخدمات الطوارئ"/>
                <w:tag w:val="olyelectra.v2.buyer-requirement.ar.safety.structural_fire"/>
                <w:id w:val="80095689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البناء والعمليات إدارة الصحة والسلامة والبيئة والكفاءة وتصعيد الحوادث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بناء والعمليات إدارة الصحة والسلامة والبيئة والكفاءة وتصعيد الحوادث"/>
                <w:tag w:val="olyelectra.v2.buyer-requirement.ar.safety.hse"/>
                <w:id w:val="151629285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خطة جودة المشروع، خطة الفحص/الاختبار، عدم المطابقة ومراقبة التغيير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طة جودة المشروع، خطة الفحص/الاختبار، عدم المطابقة ومراقبة التغيير"/>
                <w:tag w:val="olyelectra.v2.buyer-requirement.ar.safety.quality_plan"/>
                <w:id w:val="115821999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الفحص البيئي / الاجتماعي والتصاريح والتخفيف ومراقبة الملكية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فحص البيئي / الاجتماعي والتصاريح والتخفيف ومراقبة الملكية"/>
                <w:tag w:val="olyelectra.v2.buyer-requirement.ar.safety.es_screening"/>
                <w:id w:val="129989477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معايير العمل، والعمل القسري/الأطفال، ورعاية العمال، وضوابط التظلم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عايير العمل، والعمل القسري/الأطفال، ورعاية العمال، وضوابط التظلم"/>
                <w:tag w:val="olyelectra.v2.buyer-requirement.ar.safety.labour"/>
                <w:id w:val="16641673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البنية السيبرانية والوصول عن بعد والأدوار والتصحيح والنسخ الاحتياطي والتسجيل والاستجابة للحوادث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بنية السيبرانية والوصول عن بعد والأدوار والتصحيح والنسخ الاحتياطي والتسجيل والاستجابة للحوادث"/>
                <w:tag w:val="olyelectra.v2.buyer-requirement.ar.safety.cyber"/>
                <w:id w:val="133720757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ملكية البيانات والدول المضيفة والخصوصية والاحتفاظ بها والنقل الآمن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ملكية البيانات والدول المضيفة والخصوصية والاحتفاظ بها والنقل الآمن"/>
                <w:tag w:val="olyelectra.v2.buyer-requirement.ar.safety.data"/>
                <w:id w:val="171963706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التسليم والعمليات ودورة الحياة الدائرية</w:t>
      </w:r>
    </w:p>
    <w:tbl>
      <w:tblPr>
        <w:tblW w:type="dxa" w:w="10106"/>
        <w:jc w:val="center"/>
        <w:tblLayout w:type="fixed"/>
        <w:tblLook w:firstColumn="1" w:firstRow="1" w:lastColumn="0" w:lastRow="0" w:noHBand="0" w:noVBand="1" w:val="04A0"/>
        <w:tblInd w:w="120" w:type="dxa"/>
        <w:bidiVisual/>
        <w:tblCaption w:val="التسليم والعمليات ودورة الحياة الدائرية"/>
        <w:tblDescription w:val="التسليم والعمليات ودورة الحياة الدائري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مسؤوليات مصطلح التجارة الدولية ونقطة التسليم والتعبئة والنقل والرفع والاستلام في الموقع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ؤوليات مصطلح التجارة الدولية ونقطة التسليم والتعبئة والنقل والرفع والاستلام في الموقع"/>
                <w:tag w:val="olyelectra.v2.buyer-requirement.ar.lifecycle.delivery"/>
                <w:id w:val="183138974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واجهات EPC والأعمال التمكينية والخدمات المؤقتة ومصفوفة مسؤولية البناء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واجهات EPC والأعمال التمكينية والخدمات المؤقتة ومصفوفة مسؤولية البناء"/>
                <w:tag w:val="olyelectra.v2.buyer-requirement.ar.lifecycle.construction"/>
                <w:id w:val="108344657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مسؤوليات ما قبل التشغيل والتنشيط والاختبار والقبول والتسليم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ؤوليات ما قبل التشغيل والتنشيط والاختبار والقبول والتسليم"/>
                <w:tag w:val="olyelectra.v2.buyer-requirement.ar.lifecycle.commissioning"/>
                <w:id w:val="123756949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تدريب المشغلين/المشرفين وأدلة الكفاءة والمتطلبات التنشيطية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دريب المشغلين/المشرفين وأدلة الكفاءة والمتطلبات التنشيطية"/>
                <w:tag w:val="olyelectra.v2.buyer-requirement.ar.lifecycle.training"/>
                <w:id w:val="127068822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نطاق التشغيل والصيانة الوقائية/التصحيحية والتفتيش والتنظيف والغطاء النباتي ومستوى الخدمة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طاق التشغيل والصيانة الوقائية/التصحيحية والتفتيش والتنظيف والغطاء النباتي ومستوى الخدمة"/>
                <w:tag w:val="olyelectra.v2.buyer-requirement.ar.lifecycle.om"/>
                <w:id w:val="114329871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قطع الغيار والمواد الاستهلاكية والأدوات والمهل الزمنية واستراتيجية التقادم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قطع الغيار والمواد الاستهلاكية والأدوات والمهل الزمنية واستراتيجية التقادم"/>
                <w:tag w:val="olyelectra.v2.buyer-requirement.ar.lifecycle.spares"/>
                <w:id w:val="54113434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ضمانات المنتج والتصنيع والأداء والاستثناءات وعملية المطالبة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ضمانات المنتج والتصنيع والأداء والاستثناءات وعملية المطالبة"/>
                <w:tag w:val="olyelectra.v2.buyer-requirement.ar.lifecycle.warranty"/>
                <w:id w:val="90667381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مراقبة الأصول ومؤشرات الأداء الرئيسية والإنذارات والتقارير ومراجعة الأداء والوصول إلى البيانات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راقبة الأصول ومؤشرات الأداء الرئيسية والإنذارات والتقارير ومراجعة الأداء والوصول إلى البيانات"/>
                <w:tag w:val="olyelectra.v2.buyer-requirement.ar.lifecycle.monitoring"/>
                <w:id w:val="55722162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الاسترداد وإعادة التدوير وتصنيف النفايات ومسؤولية المنتج وخطة وقف التشغيل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ترداد وإعادة التدوير وتصنيف النفايات ومسؤولية المنتج وخطة وقف التشغيل"/>
                <w:tag w:val="olyelectra.v2.buyer-requirement.ar.lifecycle.circularity"/>
                <w:id w:val="65257756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الإقرار والتوقيع المعتمد</w:t>
      </w:r>
    </w:p>
    <w:tbl>
      <w:tblPr>
        <w:tblW w:type="dxa" w:w="10106"/>
        <w:jc w:val="center"/>
        <w:tblLayout w:type="fixed"/>
        <w:tblLook w:firstColumn="1" w:firstRow="1" w:lastColumn="0" w:lastRow="0" w:noHBand="0" w:noVBand="1" w:val="04A0"/>
        <w:tblInd w:w="120" w:type="dxa"/>
        <w:bidiVisual/>
        <w:tblCaption w:val="الإقرار والتوقيع المعتمد"/>
        <w:tblDescription w:val="أؤكد أن المعلومات المقدمة كاملة ودقيقة حسب علمي، وأنني مخول بتقديمها، وأن المؤسسة ستفصح فوراً عن أي تغييرات جوهرية. وأفهم أن تقديم النموذج لا ينشئ موافقة أو تعييناً أو سرية أو توافراً أو حصرية أو اعتماداً أو قابلية تنفيذ"/>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keepNext/>
              <w:bidi/>
            </w:pPr>
            <w:r/>
            <w:r>
              <w:rPr>
                <w:rFonts w:ascii="Arial" w:hAnsi="Arial" w:eastAsia="Arial" w:cs="Arial"/>
                <w:b/>
                <w:i w:val="0"/>
                <w:color w:val="FFFFFF"/>
                <w:sz w:val="18"/>
                <w:lang w:val="ar" w:eastAsia="ar" w:bidi="ar"/>
              </w:rPr>
              <w:t>الإقرار والتوقيع المعتمد</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right"/>
              <w:keepNext/>
              <w:bidi/>
            </w:pPr>
            <w:r/>
            <w:r>
              <w:rPr>
                <w:rFonts w:ascii="Arial" w:hAnsi="Arial" w:eastAsia="Arial" w:cs="Arial"/>
                <w:color w:val="102334"/>
                <w:sz w:val="17"/>
                <w:lang w:val="ar" w:eastAsia="ar" w:bidi="ar"/>
              </w:rPr>
              <w:t>أؤكد أن المعلومات المقدمة كاملة ودقيقة حسب علمي، وأنني مخول بتقديمها، وأن المؤسسة ستفصح فوراً عن أي تغييرات جوهرية. وأفهم أن تقديم النموذج لا ينشئ موافقة أو تعييناً أو سرية أو توافراً أو حصرية أو اعتماداً أو قابلية تنفيذ للمشروع أو التزاماً بإبرام معاملة.</w:t>
            </w:r>
          </w:p>
        </w:tc>
      </w:tr>
    </w:tbl>
    <w:tbl>
      <w:tblPr>
        <w:tblW w:type="dxa" w:w="10106"/>
        <w:jc w:val="center"/>
        <w:tblLayout w:type="fixed"/>
        <w:tblLook w:firstColumn="1" w:firstRow="1" w:lastColumn="0" w:lastRow="0" w:noHBand="0" w:noVBand="1" w:val="04A0"/>
        <w:tblInd w:w="120" w:type="dxa"/>
        <w:bidiVisual/>
        <w:tblCaption w:val="الإقرار والتوقيع المعتمد"/>
        <w:tblDescription w:val="الإقرار والتوقيع المعتم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المُصرح المعتمد: الاسم الكامل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صرح المعتمد: الاسم الكامل"/>
                <w:tag w:val="olyelectra.v2.buyer-requirement.ar.declaration.declaration_name"/>
                <w:id w:val="156677901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الموقف والتنظيم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قف والتنظيم"/>
                <w:tag w:val="olyelectra.v2.buyer-requirement.ar.declaration.declaration_title"/>
                <w:id w:val="64723475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السلطة لتقديم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السلطة لتقديم هذا النموذج"/>
                <w:tag w:val="olyelectra.v2.buyer-requirement.ar.declaration.declaration_basis"/>
                <w:id w:val="127263450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قيع"/>
                <w:tag w:val="olyelectra.v2.buyer-requirement.ar.declaration.signature"/>
                <w:id w:val="140725901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التاريخ</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اريخ"/>
                <w:tag w:val="olyelectra.v2.buyer-requirement.ar.declaration.date"/>
                <w:id w:val="77159491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bidiVisual/>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right"/>
            <w:bidi/>
          </w:pPr>
          <w:r/>
          <w:r>
            <w:rPr>
              <w:rFonts w:ascii="Arial" w:hAnsi="Arial" w:eastAsia="Arial" w:cs="Arial"/>
              <w:b/>
              <w:i w:val="0"/>
              <w:color w:val="051C2B"/>
              <w:sz w:val="15"/>
              <w:lang w:val="ar" w:eastAsia="ar" w:bidi="ar"/>
            </w:rPr>
            <w:t>OLYE-FRM-RPR-001 · V2.0</w:t>
          </w:r>
        </w:p>
      </w:tc>
      <w:tc>
        <w:tcPr>
          <w:tcW w:type="dxa" w:w="4050"/>
          <w:tcMar>
            <w:top w:w="55" w:type="dxa"/>
            <w:start w:w="90" w:type="dxa"/>
            <w:bottom w:w="55" w:type="dxa"/>
            <w:end w:w="90" w:type="dxa"/>
          </w:tcMar>
          <w:vAlign w:val="center"/>
          <w:shd w:fill="F3F6F8" w:val="clear"/>
        </w:tcPr>
        <w:p>
          <w:pPr>
            <w:spacing w:before="0" w:after="0" w:line="240" w:lineRule="auto"/>
            <w:jc w:val="center"/>
            <w:bidi/>
          </w:pPr>
          <w:r/>
          <w:r>
            <w:rPr>
              <w:rFonts w:ascii="Arial" w:hAnsi="Arial" w:eastAsia="Arial" w:cs="Arial"/>
              <w:b w:val="0"/>
              <w:i w:val="0"/>
              <w:color w:val="526577"/>
              <w:sz w:val="14"/>
              <w:lang w:val="ar" w:eastAsia="ar" w:bidi="ar"/>
            </w:rPr>
            <w:t>نموذج أعمال خاضع للضبط عند عرضه إلكترونياً</w:t>
          </w:r>
        </w:p>
      </w:tc>
      <w:tc>
        <w:tcPr>
          <w:tcW w:type="dxa" w:w="2706"/>
          <w:tcMar>
            <w:top w:w="55" w:type="dxa"/>
            <w:start w:w="90" w:type="dxa"/>
            <w:bottom w:w="55" w:type="dxa"/>
            <w:end w:w="90" w:type="dxa"/>
          </w:tcMar>
          <w:vAlign w:val="center"/>
          <w:shd w:fill="F3F6F8" w:val="clear"/>
        </w:tcPr>
        <w:p>
          <w:pPr>
            <w:spacing w:before="0" w:after="0" w:line="247" w:lineRule="auto"/>
            <w:jc w:val="left"/>
            <w:bidi/>
          </w:pPr>
          <w:r>
            <w:rPr>
              <w:rFonts w:ascii="Arial" w:hAnsi="Arial" w:eastAsia="Arial" w:cs="Arial"/>
              <w:b/>
              <w:color w:val="051C2B"/>
              <w:sz w:val="15"/>
              <w:lang w:val="ar" w:eastAsia="ar" w:bidi="ar"/>
            </w:rPr>
            <w:t xml:space="preserve">الصفحة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NUMPAGES</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r>
            <w:rPr>
              <w:rFonts w:ascii="Arial" w:hAnsi="Arial" w:eastAsia="Arial" w:cs="Arial"/>
              <w:color w:val="526577"/>
              <w:sz w:val="15"/>
              <w:lang w:val="ar" w:eastAsia="ar" w:bidi="ar"/>
            </w:rPr>
            <w:t xml:space="preserve"> /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PAGE</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bidiVisual/>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bidi/>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left"/>
            <w:bidi/>
          </w:pPr>
          <w:r>
            <w:rPr>
              <w:rFonts w:ascii="Arial" w:hAnsi="Arial" w:eastAsia="Arial" w:cs="Arial"/>
              <w:b/>
              <w:color w:val="FFFFFF"/>
              <w:sz w:val="16"/>
              <w:lang w:val="ar" w:eastAsia="ar" w:bidi="ar"/>
            </w:rPr>
            <w:t>الطاقة المتجددة والتخزين والكهربة</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ar" w:eastAsia="ar" w:bidi="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a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متطلبات مشروع الطاقة المتجددة</dc:title>
  <dc:subject>تناول منظم لبرامج توليد الطاقة المتجددة والتخزين والشبكات والكهرباء</dc:subject>
  <dc:creator/>
  <cp:keywords>OLYELECTRA, renewable energy, energy storage, grid, due diligence, document control</cp:keywords>
  <dc:description>Controlled OLYELECTRA form OLYE-FRM-RPR-001 V2.0.</dc:description>
  <cp:lastModifiedBy/>
  <cp:revision>1</cp:revision>
  <dcterms:created xsi:type="dcterms:W3CDTF">2013-12-23T23:15:00Z</dcterms:created>
  <dcterms:modified xsi:type="dcterms:W3CDTF">2013-12-23T23:15:00Z</dcterms:modified>
  <cp:category/>
</cp:coreProperties>
</file>